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3C5511" w14:textId="26D18368" w:rsidR="00C16F37" w:rsidRPr="00EB230B" w:rsidRDefault="00000000">
      <w:pPr>
        <w:spacing w:after="40"/>
        <w:jc w:val="center"/>
        <w:rPr>
          <w:rFonts w:ascii="Times New Roman" w:eastAsia="標楷體" w:hAnsi="Times New Roman" w:cs="Times New Roman"/>
          <w:lang w:eastAsia="zh-TW"/>
        </w:rPr>
      </w:pPr>
      <w:r w:rsidRPr="00EB230B">
        <w:rPr>
          <w:rFonts w:ascii="Times New Roman" w:eastAsia="標楷體" w:hAnsi="Times New Roman" w:cs="Times New Roman"/>
          <w:b/>
          <w:color w:val="1B365D"/>
          <w:sz w:val="30"/>
          <w:lang w:eastAsia="zh-TW"/>
        </w:rPr>
        <w:t>東海大學社會科學院社會學系</w:t>
      </w:r>
      <w:r w:rsidRPr="00EB230B">
        <w:rPr>
          <w:rFonts w:ascii="Times New Roman" w:eastAsia="標楷體" w:hAnsi="Times New Roman" w:cs="Times New Roman"/>
          <w:b/>
          <w:color w:val="1B365D"/>
          <w:sz w:val="30"/>
          <w:lang w:eastAsia="zh-TW"/>
        </w:rPr>
        <w:br/>
      </w:r>
      <w:r w:rsidRPr="00EB230B">
        <w:rPr>
          <w:rFonts w:ascii="Times New Roman" w:eastAsia="標楷體" w:hAnsi="Times New Roman" w:cs="Times New Roman"/>
          <w:b/>
          <w:color w:val="1B365D"/>
          <w:sz w:val="36"/>
          <w:lang w:eastAsia="zh-TW"/>
        </w:rPr>
        <w:t>學生</w:t>
      </w:r>
      <w:r w:rsidR="00EB230B" w:rsidRPr="00EB230B">
        <w:rPr>
          <w:rFonts w:ascii="Times New Roman" w:eastAsia="標楷體" w:hAnsi="Times New Roman" w:cs="Times New Roman"/>
          <w:b/>
          <w:color w:val="1B365D"/>
          <w:sz w:val="36"/>
          <w:lang w:eastAsia="zh-TW"/>
        </w:rPr>
        <w:t>各項</w:t>
      </w:r>
      <w:r w:rsidRPr="00EB230B">
        <w:rPr>
          <w:rFonts w:ascii="Times New Roman" w:eastAsia="標楷體" w:hAnsi="Times New Roman" w:cs="Times New Roman"/>
          <w:b/>
          <w:color w:val="1B365D"/>
          <w:sz w:val="36"/>
          <w:lang w:eastAsia="zh-TW"/>
        </w:rPr>
        <w:t>獎助學金聯合申請表</w:t>
      </w:r>
    </w:p>
    <w:p w14:paraId="419848D0" w14:textId="5DC75AAE" w:rsidR="00C16F37" w:rsidRPr="00EB230B" w:rsidRDefault="00000000" w:rsidP="00FB0831">
      <w:pPr>
        <w:spacing w:after="160"/>
        <w:jc w:val="center"/>
        <w:rPr>
          <w:rFonts w:ascii="Times New Roman" w:eastAsia="標楷體" w:hAnsi="Times New Roman" w:cs="Times New Roman"/>
          <w:sz w:val="24"/>
          <w:szCs w:val="24"/>
          <w:lang w:eastAsia="zh-TW"/>
        </w:rPr>
      </w:pPr>
      <w:r w:rsidRPr="00EB230B">
        <w:rPr>
          <w:rFonts w:ascii="Times New Roman" w:eastAsia="標楷體" w:hAnsi="Times New Roman" w:cs="Times New Roman"/>
          <w:color w:val="555555"/>
          <w:sz w:val="24"/>
          <w:szCs w:val="24"/>
          <w:lang w:eastAsia="zh-TW"/>
        </w:rPr>
        <w:t>申請學年度：</w:t>
      </w:r>
      <w:r w:rsidRPr="00EB230B">
        <w:rPr>
          <w:rFonts w:ascii="Times New Roman" w:eastAsia="標楷體" w:hAnsi="Times New Roman" w:cs="Times New Roman"/>
          <w:color w:val="555555"/>
          <w:sz w:val="24"/>
          <w:szCs w:val="24"/>
          <w:lang w:eastAsia="zh-TW"/>
        </w:rPr>
        <w:t xml:space="preserve">______ </w:t>
      </w:r>
      <w:r w:rsidRPr="00EB230B">
        <w:rPr>
          <w:rFonts w:ascii="Times New Roman" w:eastAsia="標楷體" w:hAnsi="Times New Roman" w:cs="Times New Roman"/>
          <w:color w:val="555555"/>
          <w:sz w:val="24"/>
          <w:szCs w:val="24"/>
          <w:lang w:eastAsia="zh-TW"/>
        </w:rPr>
        <w:t>學年度</w:t>
      </w:r>
      <w:r w:rsidRPr="00EB230B">
        <w:rPr>
          <w:rFonts w:ascii="Times New Roman" w:eastAsia="標楷體" w:hAnsi="Times New Roman" w:cs="Times New Roman"/>
          <w:color w:val="555555"/>
          <w:sz w:val="24"/>
          <w:szCs w:val="24"/>
          <w:lang w:eastAsia="zh-TW"/>
        </w:rPr>
        <w:t xml:space="preserve"> </w:t>
      </w:r>
      <w:r w:rsidRPr="00EB230B">
        <w:rPr>
          <w:rFonts w:ascii="Times New Roman" w:eastAsia="標楷體" w:hAnsi="Times New Roman" w:cs="Times New Roman"/>
          <w:color w:val="555555"/>
          <w:sz w:val="24"/>
          <w:szCs w:val="24"/>
          <w:lang w:eastAsia="zh-TW"/>
        </w:rPr>
        <w:t>第</w:t>
      </w:r>
      <w:r w:rsidRPr="00EB230B">
        <w:rPr>
          <w:rFonts w:ascii="Times New Roman" w:eastAsia="標楷體" w:hAnsi="Times New Roman" w:cs="Times New Roman"/>
          <w:color w:val="555555"/>
          <w:sz w:val="24"/>
          <w:szCs w:val="24"/>
          <w:lang w:eastAsia="zh-TW"/>
        </w:rPr>
        <w:t xml:space="preserve"> ___ </w:t>
      </w:r>
      <w:r w:rsidRPr="00EB230B">
        <w:rPr>
          <w:rFonts w:ascii="Times New Roman" w:eastAsia="標楷體" w:hAnsi="Times New Roman" w:cs="Times New Roman"/>
          <w:color w:val="555555"/>
          <w:sz w:val="24"/>
          <w:szCs w:val="24"/>
          <w:lang w:eastAsia="zh-TW"/>
        </w:rPr>
        <w:t>學期　｜　申請日期：</w:t>
      </w:r>
      <w:r w:rsidRPr="00EB230B">
        <w:rPr>
          <w:rFonts w:ascii="Times New Roman" w:eastAsia="標楷體" w:hAnsi="Times New Roman" w:cs="Times New Roman"/>
          <w:color w:val="555555"/>
          <w:sz w:val="24"/>
          <w:szCs w:val="24"/>
          <w:lang w:eastAsia="zh-TW"/>
        </w:rPr>
        <w:t>______</w:t>
      </w:r>
      <w:r w:rsidRPr="00EB230B">
        <w:rPr>
          <w:rFonts w:ascii="Times New Roman" w:eastAsia="標楷體" w:hAnsi="Times New Roman" w:cs="Times New Roman"/>
          <w:color w:val="555555"/>
          <w:sz w:val="24"/>
          <w:szCs w:val="24"/>
          <w:lang w:eastAsia="zh-TW"/>
        </w:rPr>
        <w:t>年</w:t>
      </w:r>
      <w:r w:rsidRPr="00EB230B">
        <w:rPr>
          <w:rFonts w:ascii="Times New Roman" w:eastAsia="標楷體" w:hAnsi="Times New Roman" w:cs="Times New Roman"/>
          <w:color w:val="555555"/>
          <w:sz w:val="24"/>
          <w:szCs w:val="24"/>
          <w:lang w:eastAsia="zh-TW"/>
        </w:rPr>
        <w:t>___</w:t>
      </w:r>
      <w:r w:rsidRPr="00EB230B">
        <w:rPr>
          <w:rFonts w:ascii="Times New Roman" w:eastAsia="標楷體" w:hAnsi="Times New Roman" w:cs="Times New Roman"/>
          <w:color w:val="555555"/>
          <w:sz w:val="24"/>
          <w:szCs w:val="24"/>
          <w:lang w:eastAsia="zh-TW"/>
        </w:rPr>
        <w:t>月</w:t>
      </w:r>
      <w:r w:rsidRPr="00EB230B">
        <w:rPr>
          <w:rFonts w:ascii="Times New Roman" w:eastAsia="標楷體" w:hAnsi="Times New Roman" w:cs="Times New Roman"/>
          <w:color w:val="555555"/>
          <w:sz w:val="24"/>
          <w:szCs w:val="24"/>
          <w:lang w:eastAsia="zh-TW"/>
        </w:rPr>
        <w:t>___</w:t>
      </w:r>
      <w:r w:rsidRPr="00EB230B">
        <w:rPr>
          <w:rFonts w:ascii="Times New Roman" w:eastAsia="標楷體" w:hAnsi="Times New Roman" w:cs="Times New Roman"/>
          <w:color w:val="555555"/>
          <w:sz w:val="24"/>
          <w:szCs w:val="24"/>
          <w:lang w:eastAsia="zh-TW"/>
        </w:rPr>
        <w:t xml:space="preserve">日　</w:t>
      </w:r>
    </w:p>
    <w:tbl>
      <w:tblPr>
        <w:tblW w:w="0" w:type="auto"/>
        <w:jc w:val="center"/>
        <w:tblLook w:val="04A0" w:firstRow="1" w:lastRow="0" w:firstColumn="1" w:lastColumn="0" w:noHBand="0" w:noVBand="1"/>
      </w:tblPr>
      <w:tblGrid>
        <w:gridCol w:w="1579"/>
        <w:gridCol w:w="1866"/>
        <w:gridCol w:w="1293"/>
        <w:gridCol w:w="1722"/>
        <w:gridCol w:w="1580"/>
        <w:gridCol w:w="2010"/>
        <w:gridCol w:w="30"/>
      </w:tblGrid>
      <w:tr w:rsidR="00C16F37" w:rsidRPr="00EB230B" w14:paraId="1D15438C" w14:textId="77777777" w:rsidTr="001C2C92">
        <w:trPr>
          <w:gridAfter w:val="1"/>
          <w:wAfter w:w="30" w:type="dxa"/>
          <w:jc w:val="center"/>
        </w:trPr>
        <w:tc>
          <w:tcPr>
            <w:tcW w:w="10080" w:type="dxa"/>
            <w:gridSpan w:val="6"/>
            <w:shd w:val="clear" w:color="auto" w:fill="DAEEF3" w:themeFill="accent5" w:themeFillTint="33"/>
            <w:tcMar>
              <w:top w:w="100" w:type="dxa"/>
              <w:left w:w="150" w:type="dxa"/>
              <w:bottom w:w="100" w:type="dxa"/>
              <w:right w:w="150" w:type="dxa"/>
            </w:tcMar>
          </w:tcPr>
          <w:p w14:paraId="29683064" w14:textId="77777777" w:rsidR="00C16F37" w:rsidRPr="00EB230B" w:rsidRDefault="00000000">
            <w:pPr>
              <w:spacing w:before="40" w:after="40"/>
              <w:rPr>
                <w:rFonts w:ascii="Times New Roman" w:eastAsia="標楷體" w:hAnsi="Times New Roman" w:cs="Times New Roman"/>
              </w:rPr>
            </w:pPr>
            <w:r w:rsidRPr="001C2C92">
              <w:rPr>
                <w:rFonts w:ascii="Times New Roman" w:eastAsia="標楷體" w:hAnsi="Times New Roman" w:cs="Times New Roman"/>
                <w:b/>
                <w:color w:val="000000" w:themeColor="text1"/>
                <w:sz w:val="22"/>
              </w:rPr>
              <w:t>一、</w:t>
            </w:r>
            <w:r w:rsidRPr="001C2C92">
              <w:rPr>
                <w:rFonts w:ascii="Times New Roman" w:eastAsia="標楷體" w:hAnsi="Times New Roman" w:cs="Times New Roman"/>
                <w:b/>
                <w:color w:val="000000" w:themeColor="text1"/>
                <w:sz w:val="22"/>
              </w:rPr>
              <w:t xml:space="preserve"> </w:t>
            </w:r>
            <w:r w:rsidRPr="001C2C92">
              <w:rPr>
                <w:rFonts w:ascii="Times New Roman" w:eastAsia="標楷體" w:hAnsi="Times New Roman" w:cs="Times New Roman"/>
                <w:b/>
                <w:color w:val="000000" w:themeColor="text1"/>
                <w:sz w:val="22"/>
              </w:rPr>
              <w:t>申請人基本資料</w:t>
            </w:r>
          </w:p>
        </w:tc>
      </w:tr>
      <w:tr w:rsidR="00C16F37" w:rsidRPr="00EB230B" w14:paraId="744449B7" w14:textId="77777777" w:rsidTr="00FB0831">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584" w:type="dxa"/>
            <w:shd w:val="clear" w:color="auto" w:fill="F0F4F8"/>
            <w:tcMar>
              <w:top w:w="100" w:type="dxa"/>
              <w:left w:w="120" w:type="dxa"/>
              <w:bottom w:w="100" w:type="dxa"/>
              <w:right w:w="120" w:type="dxa"/>
            </w:tcMar>
            <w:vAlign w:val="center"/>
          </w:tcPr>
          <w:p w14:paraId="53CD15D2" w14:textId="77777777" w:rsidR="00C16F37" w:rsidRPr="00EB230B" w:rsidRDefault="00000000">
            <w:pPr>
              <w:spacing w:after="0"/>
              <w:jc w:val="center"/>
              <w:rPr>
                <w:rFonts w:ascii="Times New Roman" w:eastAsia="標楷體" w:hAnsi="Times New Roman" w:cs="Times New Roman"/>
              </w:rPr>
            </w:pPr>
            <w:r w:rsidRPr="00EB230B">
              <w:rPr>
                <w:rFonts w:ascii="Times New Roman" w:eastAsia="標楷體" w:hAnsi="Times New Roman" w:cs="Times New Roman"/>
                <w:b/>
                <w:color w:val="1B365D"/>
                <w:sz w:val="19"/>
              </w:rPr>
              <w:t>姓名</w:t>
            </w:r>
          </w:p>
        </w:tc>
        <w:tc>
          <w:tcPr>
            <w:tcW w:w="1872" w:type="dxa"/>
            <w:shd w:val="clear" w:color="auto" w:fill="FFFFFF"/>
            <w:tcMar>
              <w:top w:w="100" w:type="dxa"/>
              <w:left w:w="120" w:type="dxa"/>
              <w:bottom w:w="100" w:type="dxa"/>
              <w:right w:w="120" w:type="dxa"/>
            </w:tcMar>
            <w:vAlign w:val="center"/>
          </w:tcPr>
          <w:p w14:paraId="7DCAE975" w14:textId="77777777" w:rsidR="00C16F37" w:rsidRPr="00EB230B" w:rsidRDefault="00C16F37">
            <w:pPr>
              <w:spacing w:after="0"/>
              <w:rPr>
                <w:rFonts w:ascii="Times New Roman" w:eastAsia="標楷體" w:hAnsi="Times New Roman" w:cs="Times New Roman"/>
              </w:rPr>
            </w:pPr>
          </w:p>
        </w:tc>
        <w:tc>
          <w:tcPr>
            <w:tcW w:w="1296" w:type="dxa"/>
            <w:shd w:val="clear" w:color="auto" w:fill="F0F4F8"/>
            <w:tcMar>
              <w:top w:w="100" w:type="dxa"/>
              <w:left w:w="120" w:type="dxa"/>
              <w:bottom w:w="100" w:type="dxa"/>
              <w:right w:w="120" w:type="dxa"/>
            </w:tcMar>
            <w:vAlign w:val="center"/>
          </w:tcPr>
          <w:p w14:paraId="6C6B3B57" w14:textId="77777777" w:rsidR="00C16F37" w:rsidRPr="00EB230B" w:rsidRDefault="00000000">
            <w:pPr>
              <w:spacing w:after="0"/>
              <w:jc w:val="center"/>
              <w:rPr>
                <w:rFonts w:ascii="Times New Roman" w:eastAsia="標楷體" w:hAnsi="Times New Roman" w:cs="Times New Roman"/>
              </w:rPr>
            </w:pPr>
            <w:r w:rsidRPr="00EB230B">
              <w:rPr>
                <w:rFonts w:ascii="Times New Roman" w:eastAsia="標楷體" w:hAnsi="Times New Roman" w:cs="Times New Roman"/>
                <w:b/>
                <w:color w:val="1B365D"/>
                <w:sz w:val="19"/>
              </w:rPr>
              <w:t>學號</w:t>
            </w:r>
          </w:p>
        </w:tc>
        <w:tc>
          <w:tcPr>
            <w:tcW w:w="1728" w:type="dxa"/>
            <w:shd w:val="clear" w:color="auto" w:fill="FFFFFF"/>
            <w:tcMar>
              <w:top w:w="100" w:type="dxa"/>
              <w:left w:w="120" w:type="dxa"/>
              <w:bottom w:w="100" w:type="dxa"/>
              <w:right w:w="120" w:type="dxa"/>
            </w:tcMar>
            <w:vAlign w:val="center"/>
          </w:tcPr>
          <w:p w14:paraId="68D072F6" w14:textId="77777777" w:rsidR="00C16F37" w:rsidRPr="00EB230B" w:rsidRDefault="00C16F37">
            <w:pPr>
              <w:spacing w:after="0"/>
              <w:rPr>
                <w:rFonts w:ascii="Times New Roman" w:eastAsia="標楷體" w:hAnsi="Times New Roman" w:cs="Times New Roman"/>
              </w:rPr>
            </w:pPr>
          </w:p>
        </w:tc>
        <w:tc>
          <w:tcPr>
            <w:tcW w:w="1584" w:type="dxa"/>
            <w:shd w:val="clear" w:color="auto" w:fill="F0F4F8"/>
            <w:tcMar>
              <w:top w:w="100" w:type="dxa"/>
              <w:left w:w="120" w:type="dxa"/>
              <w:bottom w:w="100" w:type="dxa"/>
              <w:right w:w="120" w:type="dxa"/>
            </w:tcMar>
            <w:vAlign w:val="center"/>
          </w:tcPr>
          <w:p w14:paraId="1FD73909" w14:textId="77777777" w:rsidR="00C16F37" w:rsidRPr="00EB230B" w:rsidRDefault="00000000">
            <w:pPr>
              <w:spacing w:after="0"/>
              <w:jc w:val="center"/>
              <w:rPr>
                <w:rFonts w:ascii="Times New Roman" w:eastAsia="標楷體" w:hAnsi="Times New Roman" w:cs="Times New Roman"/>
              </w:rPr>
            </w:pPr>
            <w:r w:rsidRPr="00EB230B">
              <w:rPr>
                <w:rFonts w:ascii="Times New Roman" w:eastAsia="標楷體" w:hAnsi="Times New Roman" w:cs="Times New Roman"/>
                <w:b/>
                <w:color w:val="1B365D"/>
                <w:sz w:val="19"/>
              </w:rPr>
              <w:t>班別</w:t>
            </w:r>
            <w:r w:rsidRPr="00EB230B">
              <w:rPr>
                <w:rFonts w:ascii="Times New Roman" w:eastAsia="標楷體" w:hAnsi="Times New Roman" w:cs="Times New Roman"/>
                <w:b/>
                <w:color w:val="1B365D"/>
                <w:sz w:val="19"/>
              </w:rPr>
              <w:t xml:space="preserve"> / </w:t>
            </w:r>
            <w:r w:rsidRPr="00EB230B">
              <w:rPr>
                <w:rFonts w:ascii="Times New Roman" w:eastAsia="標楷體" w:hAnsi="Times New Roman" w:cs="Times New Roman"/>
                <w:b/>
                <w:color w:val="1B365D"/>
                <w:sz w:val="19"/>
              </w:rPr>
              <w:t>年級</w:t>
            </w:r>
          </w:p>
        </w:tc>
        <w:tc>
          <w:tcPr>
            <w:tcW w:w="2046" w:type="dxa"/>
            <w:gridSpan w:val="2"/>
            <w:shd w:val="clear" w:color="auto" w:fill="FFFFFF"/>
            <w:tcMar>
              <w:top w:w="100" w:type="dxa"/>
              <w:left w:w="120" w:type="dxa"/>
              <w:bottom w:w="100" w:type="dxa"/>
              <w:right w:w="120" w:type="dxa"/>
            </w:tcMar>
            <w:vAlign w:val="center"/>
          </w:tcPr>
          <w:p w14:paraId="1EB3D6CD" w14:textId="3DF25FD5" w:rsidR="00C16F37" w:rsidRPr="00EB230B" w:rsidRDefault="004B30DD">
            <w:pPr>
              <w:spacing w:after="0"/>
              <w:rPr>
                <w:rFonts w:ascii="Times New Roman" w:eastAsia="標楷體" w:hAnsi="Times New Roman" w:cs="Times New Roman"/>
                <w:lang w:eastAsia="zh-TW"/>
              </w:rPr>
            </w:pPr>
            <w:r>
              <w:rPr>
                <w:rFonts w:ascii="標楷體" w:eastAsia="標楷體" w:hAnsi="標楷體" w:cs="Times New Roman" w:hint="eastAsia"/>
                <w:sz w:val="18"/>
                <w:lang w:eastAsia="zh-TW"/>
              </w:rPr>
              <w:t>□</w:t>
            </w:r>
            <w:r w:rsidRPr="00EB230B">
              <w:rPr>
                <w:rFonts w:ascii="Times New Roman" w:eastAsia="標楷體" w:hAnsi="Times New Roman" w:cs="Times New Roman"/>
                <w:sz w:val="18"/>
                <w:lang w:eastAsia="zh-TW"/>
              </w:rPr>
              <w:t>學士班</w:t>
            </w:r>
            <w:r>
              <w:rPr>
                <w:rFonts w:ascii="Times New Roman" w:eastAsia="標楷體" w:hAnsi="Times New Roman" w:cs="Times New Roman" w:hint="eastAsia"/>
                <w:sz w:val="18"/>
                <w:lang w:eastAsia="zh-TW"/>
              </w:rPr>
              <w:t xml:space="preserve"> </w:t>
            </w:r>
            <w:r>
              <w:rPr>
                <w:rFonts w:ascii="標楷體" w:eastAsia="標楷體" w:hAnsi="標楷體" w:cs="Times New Roman" w:hint="eastAsia"/>
                <w:sz w:val="18"/>
                <w:lang w:eastAsia="zh-TW"/>
              </w:rPr>
              <w:t>□</w:t>
            </w:r>
            <w:r w:rsidRPr="00EB230B">
              <w:rPr>
                <w:rFonts w:ascii="Times New Roman" w:eastAsia="標楷體" w:hAnsi="Times New Roman" w:cs="Times New Roman"/>
                <w:sz w:val="18"/>
                <w:lang w:eastAsia="zh-TW"/>
              </w:rPr>
              <w:t>碩士班</w:t>
            </w:r>
            <w:r w:rsidRPr="00EB230B">
              <w:rPr>
                <w:rFonts w:ascii="Times New Roman" w:eastAsia="標楷體" w:hAnsi="Times New Roman" w:cs="Times New Roman"/>
                <w:sz w:val="18"/>
                <w:lang w:eastAsia="zh-TW"/>
              </w:rPr>
              <w:br/>
            </w:r>
            <w:r>
              <w:rPr>
                <w:rFonts w:ascii="標楷體" w:eastAsia="標楷體" w:hAnsi="標楷體" w:cs="Times New Roman" w:hint="eastAsia"/>
                <w:sz w:val="18"/>
                <w:lang w:eastAsia="zh-TW"/>
              </w:rPr>
              <w:t>□</w:t>
            </w:r>
            <w:r w:rsidRPr="00EB230B">
              <w:rPr>
                <w:rFonts w:ascii="Times New Roman" w:eastAsia="標楷體" w:hAnsi="Times New Roman" w:cs="Times New Roman"/>
                <w:sz w:val="18"/>
                <w:lang w:eastAsia="zh-TW"/>
              </w:rPr>
              <w:t>博士班</w:t>
            </w:r>
          </w:p>
        </w:tc>
      </w:tr>
      <w:tr w:rsidR="00FB0831" w:rsidRPr="00EB230B" w14:paraId="3A5D5FEB" w14:textId="77777777" w:rsidTr="0048337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584" w:type="dxa"/>
            <w:shd w:val="clear" w:color="auto" w:fill="F0F4F8"/>
            <w:tcMar>
              <w:top w:w="100" w:type="dxa"/>
              <w:left w:w="120" w:type="dxa"/>
              <w:bottom w:w="100" w:type="dxa"/>
              <w:right w:w="120" w:type="dxa"/>
            </w:tcMar>
            <w:vAlign w:val="center"/>
          </w:tcPr>
          <w:p w14:paraId="7ACCEA1D" w14:textId="461C4A03" w:rsidR="00FB0831" w:rsidRPr="00EB230B" w:rsidRDefault="00FB0831">
            <w:pPr>
              <w:spacing w:after="0"/>
              <w:jc w:val="center"/>
              <w:rPr>
                <w:rFonts w:ascii="Times New Roman" w:eastAsia="標楷體" w:hAnsi="Times New Roman" w:cs="Times New Roman"/>
              </w:rPr>
            </w:pPr>
            <w:r w:rsidRPr="00EB230B">
              <w:rPr>
                <w:rFonts w:ascii="Times New Roman" w:eastAsia="標楷體" w:hAnsi="Times New Roman" w:cs="Times New Roman"/>
                <w:b/>
                <w:color w:val="1B365D"/>
                <w:sz w:val="19"/>
              </w:rPr>
              <w:t>E-mail</w:t>
            </w:r>
          </w:p>
        </w:tc>
        <w:tc>
          <w:tcPr>
            <w:tcW w:w="8526" w:type="dxa"/>
            <w:gridSpan w:val="6"/>
            <w:shd w:val="clear" w:color="auto" w:fill="FFFFFF"/>
            <w:tcMar>
              <w:top w:w="100" w:type="dxa"/>
              <w:left w:w="120" w:type="dxa"/>
              <w:bottom w:w="100" w:type="dxa"/>
              <w:right w:w="120" w:type="dxa"/>
            </w:tcMar>
            <w:vAlign w:val="center"/>
          </w:tcPr>
          <w:p w14:paraId="42BBD168" w14:textId="77777777" w:rsidR="00FB0831" w:rsidRPr="00EB230B" w:rsidRDefault="00FB0831">
            <w:pPr>
              <w:spacing w:after="0"/>
              <w:rPr>
                <w:rFonts w:ascii="Times New Roman" w:eastAsia="標楷體" w:hAnsi="Times New Roman" w:cs="Times New Roman"/>
              </w:rPr>
            </w:pPr>
          </w:p>
        </w:tc>
      </w:tr>
    </w:tbl>
    <w:p w14:paraId="45D5E9BE" w14:textId="77777777" w:rsidR="00C16F37" w:rsidRPr="00EB230B" w:rsidRDefault="00C16F37">
      <w:pPr>
        <w:keepNext/>
        <w:spacing w:before="240" w:after="120"/>
        <w:rPr>
          <w:rFonts w:ascii="Times New Roman" w:eastAsia="標楷體" w:hAnsi="Times New Roman" w:cs="Times New Roman"/>
          <w:lang w:eastAsia="zh-TW"/>
        </w:rPr>
      </w:pPr>
    </w:p>
    <w:tbl>
      <w:tblPr>
        <w:tblW w:w="10206" w:type="dxa"/>
        <w:jc w:val="center"/>
        <w:tblLook w:val="04A0" w:firstRow="1" w:lastRow="0" w:firstColumn="1" w:lastColumn="0" w:noHBand="0" w:noVBand="1"/>
      </w:tblPr>
      <w:tblGrid>
        <w:gridCol w:w="1003"/>
        <w:gridCol w:w="4022"/>
        <w:gridCol w:w="5181"/>
      </w:tblGrid>
      <w:tr w:rsidR="001C2C92" w:rsidRPr="001C2C92" w14:paraId="345E4A92" w14:textId="77777777" w:rsidTr="001C2C92">
        <w:trPr>
          <w:jc w:val="center"/>
        </w:trPr>
        <w:tc>
          <w:tcPr>
            <w:tcW w:w="10206" w:type="dxa"/>
            <w:gridSpan w:val="3"/>
            <w:shd w:val="clear" w:color="auto" w:fill="DAEEF3" w:themeFill="accent5" w:themeFillTint="33"/>
            <w:tcMar>
              <w:top w:w="100" w:type="dxa"/>
              <w:left w:w="150" w:type="dxa"/>
              <w:bottom w:w="100" w:type="dxa"/>
              <w:right w:w="150" w:type="dxa"/>
            </w:tcMar>
          </w:tcPr>
          <w:p w14:paraId="3A74F817" w14:textId="77777777" w:rsidR="00C16F37" w:rsidRPr="001C2C92" w:rsidRDefault="00000000">
            <w:pPr>
              <w:spacing w:before="40" w:after="40"/>
              <w:rPr>
                <w:rFonts w:ascii="Times New Roman" w:eastAsia="標楷體" w:hAnsi="Times New Roman" w:cs="Times New Roman"/>
                <w:color w:val="000000" w:themeColor="text1"/>
                <w:lang w:eastAsia="zh-TW"/>
              </w:rPr>
            </w:pPr>
            <w:r w:rsidRPr="001C2C92">
              <w:rPr>
                <w:rFonts w:ascii="Times New Roman" w:eastAsia="標楷體" w:hAnsi="Times New Roman" w:cs="Times New Roman"/>
                <w:b/>
                <w:color w:val="000000" w:themeColor="text1"/>
                <w:sz w:val="22"/>
                <w:lang w:eastAsia="zh-TW"/>
              </w:rPr>
              <w:t>二、</w:t>
            </w:r>
            <w:r w:rsidRPr="001C2C92">
              <w:rPr>
                <w:rFonts w:ascii="Times New Roman" w:eastAsia="標楷體" w:hAnsi="Times New Roman" w:cs="Times New Roman"/>
                <w:b/>
                <w:color w:val="000000" w:themeColor="text1"/>
                <w:sz w:val="22"/>
                <w:lang w:eastAsia="zh-TW"/>
              </w:rPr>
              <w:t xml:space="preserve"> </w:t>
            </w:r>
            <w:r w:rsidRPr="001C2C92">
              <w:rPr>
                <w:rFonts w:ascii="Times New Roman" w:eastAsia="標楷體" w:hAnsi="Times New Roman" w:cs="Times New Roman"/>
                <w:b/>
                <w:color w:val="000000" w:themeColor="text1"/>
                <w:sz w:val="22"/>
                <w:lang w:eastAsia="zh-TW"/>
              </w:rPr>
              <w:t>申請項目勾選（可複選，請確認符合相關辦法規範）</w:t>
            </w:r>
          </w:p>
        </w:tc>
      </w:tr>
      <w:tr w:rsidR="00C16F37" w:rsidRPr="00EB230B" w14:paraId="50148152" w14:textId="77777777" w:rsidTr="001C2C92">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003" w:type="dxa"/>
            <w:shd w:val="clear" w:color="auto" w:fill="DAEEF3" w:themeFill="accent5" w:themeFillTint="33"/>
            <w:tcMar>
              <w:top w:w="100" w:type="dxa"/>
              <w:left w:w="100" w:type="dxa"/>
              <w:bottom w:w="100" w:type="dxa"/>
              <w:right w:w="100" w:type="dxa"/>
            </w:tcMar>
            <w:vAlign w:val="center"/>
          </w:tcPr>
          <w:p w14:paraId="205F9011" w14:textId="77777777" w:rsidR="00C16F37" w:rsidRPr="001C2C92" w:rsidRDefault="00000000">
            <w:pPr>
              <w:spacing w:after="0"/>
              <w:jc w:val="center"/>
              <w:rPr>
                <w:rFonts w:ascii="Times New Roman" w:eastAsia="標楷體" w:hAnsi="Times New Roman" w:cs="Times New Roman"/>
                <w:color w:val="000000" w:themeColor="text1"/>
              </w:rPr>
            </w:pPr>
            <w:r w:rsidRPr="001C2C92">
              <w:rPr>
                <w:rFonts w:ascii="Times New Roman" w:eastAsia="標楷體" w:hAnsi="Times New Roman" w:cs="Times New Roman"/>
                <w:b/>
                <w:color w:val="000000" w:themeColor="text1"/>
                <w:sz w:val="19"/>
              </w:rPr>
              <w:t>勾選</w:t>
            </w:r>
          </w:p>
        </w:tc>
        <w:tc>
          <w:tcPr>
            <w:tcW w:w="4022" w:type="dxa"/>
            <w:shd w:val="clear" w:color="auto" w:fill="DAEEF3" w:themeFill="accent5" w:themeFillTint="33"/>
            <w:tcMar>
              <w:top w:w="100" w:type="dxa"/>
              <w:left w:w="100" w:type="dxa"/>
              <w:bottom w:w="100" w:type="dxa"/>
              <w:right w:w="100" w:type="dxa"/>
            </w:tcMar>
            <w:vAlign w:val="center"/>
          </w:tcPr>
          <w:p w14:paraId="0D26AB87" w14:textId="77777777" w:rsidR="00C16F37" w:rsidRPr="001C2C92" w:rsidRDefault="00000000">
            <w:pPr>
              <w:spacing w:after="0"/>
              <w:rPr>
                <w:rFonts w:ascii="Times New Roman" w:eastAsia="標楷體" w:hAnsi="Times New Roman" w:cs="Times New Roman"/>
                <w:color w:val="000000" w:themeColor="text1"/>
              </w:rPr>
            </w:pPr>
            <w:r w:rsidRPr="001C2C92">
              <w:rPr>
                <w:rFonts w:ascii="Times New Roman" w:eastAsia="標楷體" w:hAnsi="Times New Roman" w:cs="Times New Roman"/>
                <w:b/>
                <w:color w:val="000000" w:themeColor="text1"/>
                <w:sz w:val="19"/>
              </w:rPr>
              <w:t>獎助學金項目名稱</w:t>
            </w:r>
          </w:p>
        </w:tc>
        <w:tc>
          <w:tcPr>
            <w:tcW w:w="5181" w:type="dxa"/>
            <w:shd w:val="clear" w:color="auto" w:fill="DAEEF3" w:themeFill="accent5" w:themeFillTint="33"/>
            <w:tcMar>
              <w:top w:w="100" w:type="dxa"/>
              <w:left w:w="100" w:type="dxa"/>
              <w:bottom w:w="100" w:type="dxa"/>
              <w:right w:w="100" w:type="dxa"/>
            </w:tcMar>
            <w:vAlign w:val="center"/>
          </w:tcPr>
          <w:p w14:paraId="1F8F1B3C" w14:textId="77777777" w:rsidR="00C16F37" w:rsidRPr="001C2C92" w:rsidRDefault="00000000">
            <w:pPr>
              <w:spacing w:after="0"/>
              <w:rPr>
                <w:rFonts w:ascii="Times New Roman" w:eastAsia="標楷體" w:hAnsi="Times New Roman" w:cs="Times New Roman"/>
                <w:color w:val="000000" w:themeColor="text1"/>
              </w:rPr>
            </w:pPr>
            <w:r w:rsidRPr="001C2C92">
              <w:rPr>
                <w:rFonts w:ascii="Times New Roman" w:eastAsia="標楷體" w:hAnsi="Times New Roman" w:cs="Times New Roman"/>
                <w:b/>
                <w:color w:val="000000" w:themeColor="text1"/>
                <w:sz w:val="19"/>
              </w:rPr>
              <w:t>適用法源依據</w:t>
            </w:r>
            <w:r w:rsidRPr="001C2C92">
              <w:rPr>
                <w:rFonts w:ascii="Times New Roman" w:eastAsia="標楷體" w:hAnsi="Times New Roman" w:cs="Times New Roman"/>
                <w:b/>
                <w:color w:val="000000" w:themeColor="text1"/>
                <w:sz w:val="19"/>
              </w:rPr>
              <w:t xml:space="preserve"> / </w:t>
            </w:r>
            <w:r w:rsidRPr="001C2C92">
              <w:rPr>
                <w:rFonts w:ascii="Times New Roman" w:eastAsia="標楷體" w:hAnsi="Times New Roman" w:cs="Times New Roman"/>
                <w:b/>
                <w:color w:val="000000" w:themeColor="text1"/>
                <w:sz w:val="19"/>
              </w:rPr>
              <w:t>辦法</w:t>
            </w:r>
          </w:p>
        </w:tc>
      </w:tr>
      <w:tr w:rsidR="00C16F37" w:rsidRPr="00EB230B" w14:paraId="5938F929" w14:textId="77777777" w:rsidTr="001C2C92">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trHeight w:val="283"/>
          <w:jc w:val="center"/>
        </w:trPr>
        <w:tc>
          <w:tcPr>
            <w:tcW w:w="1003" w:type="dxa"/>
            <w:shd w:val="clear" w:color="auto" w:fill="FFFFFF"/>
            <w:tcMar>
              <w:top w:w="80" w:type="dxa"/>
              <w:left w:w="80" w:type="dxa"/>
              <w:bottom w:w="80" w:type="dxa"/>
              <w:right w:w="80" w:type="dxa"/>
            </w:tcMar>
            <w:vAlign w:val="center"/>
          </w:tcPr>
          <w:p w14:paraId="3DB20D4B" w14:textId="0196B100" w:rsidR="00C16F37" w:rsidRPr="00EB230B" w:rsidRDefault="00EB230B" w:rsidP="001C2C92">
            <w:pPr>
              <w:spacing w:after="0" w:line="240" w:lineRule="exact"/>
              <w:jc w:val="center"/>
              <w:rPr>
                <w:rFonts w:ascii="Times New Roman" w:eastAsia="標楷體" w:hAnsi="Times New Roman" w:cs="Times New Roman"/>
                <w:szCs w:val="20"/>
              </w:rPr>
            </w:pPr>
            <w:r>
              <w:rPr>
                <w:rFonts w:ascii="標楷體" w:eastAsia="標楷體" w:hAnsi="標楷體" w:cs="Times New Roman" w:hint="eastAsia"/>
                <w:szCs w:val="20"/>
              </w:rPr>
              <w:t>□</w:t>
            </w:r>
          </w:p>
        </w:tc>
        <w:tc>
          <w:tcPr>
            <w:tcW w:w="4022" w:type="dxa"/>
            <w:shd w:val="clear" w:color="auto" w:fill="FFFFFF"/>
            <w:tcMar>
              <w:top w:w="80" w:type="dxa"/>
              <w:left w:w="100" w:type="dxa"/>
              <w:bottom w:w="80" w:type="dxa"/>
              <w:right w:w="100" w:type="dxa"/>
            </w:tcMar>
            <w:vAlign w:val="center"/>
          </w:tcPr>
          <w:p w14:paraId="72B4BC4D" w14:textId="77777777" w:rsidR="00C16F37" w:rsidRPr="00EB230B" w:rsidRDefault="00000000" w:rsidP="001C2C92">
            <w:pPr>
              <w:spacing w:after="0" w:line="240" w:lineRule="exact"/>
              <w:rPr>
                <w:rFonts w:ascii="Times New Roman" w:eastAsia="標楷體" w:hAnsi="Times New Roman" w:cs="Times New Roman"/>
                <w:szCs w:val="20"/>
                <w:lang w:eastAsia="zh-TW"/>
              </w:rPr>
            </w:pPr>
            <w:r w:rsidRPr="00EB230B">
              <w:rPr>
                <w:rFonts w:ascii="Times New Roman" w:eastAsia="標楷體" w:hAnsi="Times New Roman" w:cs="Times New Roman"/>
                <w:b/>
                <w:szCs w:val="20"/>
                <w:lang w:eastAsia="zh-TW"/>
              </w:rPr>
              <w:t>張安路博士社會問題研究獎學金</w:t>
            </w:r>
          </w:p>
        </w:tc>
        <w:tc>
          <w:tcPr>
            <w:tcW w:w="5181" w:type="dxa"/>
            <w:shd w:val="clear" w:color="auto" w:fill="FFFFFF"/>
            <w:tcMar>
              <w:top w:w="80" w:type="dxa"/>
              <w:left w:w="100" w:type="dxa"/>
              <w:bottom w:w="80" w:type="dxa"/>
              <w:right w:w="100" w:type="dxa"/>
            </w:tcMar>
            <w:vAlign w:val="center"/>
          </w:tcPr>
          <w:p w14:paraId="1AA8CFCF" w14:textId="77777777" w:rsidR="00C16F37" w:rsidRPr="001C2C92" w:rsidRDefault="00000000" w:rsidP="001C2C92">
            <w:pPr>
              <w:spacing w:after="0" w:line="240" w:lineRule="exact"/>
              <w:rPr>
                <w:rFonts w:ascii="Times New Roman" w:eastAsia="標楷體" w:hAnsi="Times New Roman" w:cs="Times New Roman"/>
                <w:sz w:val="18"/>
                <w:szCs w:val="18"/>
                <w:lang w:eastAsia="zh-TW"/>
              </w:rPr>
            </w:pPr>
            <w:r w:rsidRPr="001C2C92">
              <w:rPr>
                <w:rFonts w:ascii="Times New Roman" w:eastAsia="標楷體" w:hAnsi="Times New Roman" w:cs="Times New Roman"/>
                <w:color w:val="444444"/>
                <w:sz w:val="18"/>
                <w:szCs w:val="18"/>
                <w:lang w:eastAsia="zh-TW"/>
              </w:rPr>
              <w:t>東海大學社會科學院社會學系張安路博士社會問題研究獎學金辦法</w:t>
            </w:r>
          </w:p>
        </w:tc>
      </w:tr>
      <w:tr w:rsidR="00EB230B" w:rsidRPr="00EB230B" w14:paraId="0BD9A03B" w14:textId="77777777" w:rsidTr="001C2C92">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trHeight w:val="283"/>
          <w:jc w:val="center"/>
        </w:trPr>
        <w:tc>
          <w:tcPr>
            <w:tcW w:w="1003" w:type="dxa"/>
            <w:shd w:val="clear" w:color="auto" w:fill="F9FBFD"/>
            <w:tcMar>
              <w:top w:w="80" w:type="dxa"/>
              <w:left w:w="80" w:type="dxa"/>
              <w:bottom w:w="80" w:type="dxa"/>
              <w:right w:w="80" w:type="dxa"/>
            </w:tcMar>
          </w:tcPr>
          <w:p w14:paraId="79BB863D" w14:textId="2A28F31E" w:rsidR="00EB230B" w:rsidRPr="00EB230B" w:rsidRDefault="00EB230B" w:rsidP="001C2C92">
            <w:pPr>
              <w:spacing w:after="0" w:line="240" w:lineRule="exact"/>
              <w:jc w:val="center"/>
              <w:rPr>
                <w:rFonts w:ascii="Times New Roman" w:eastAsia="標楷體" w:hAnsi="Times New Roman" w:cs="Times New Roman"/>
                <w:szCs w:val="20"/>
              </w:rPr>
            </w:pPr>
            <w:r w:rsidRPr="00B50973">
              <w:rPr>
                <w:rFonts w:ascii="標楷體" w:eastAsia="標楷體" w:hAnsi="標楷體" w:cs="Times New Roman" w:hint="eastAsia"/>
                <w:szCs w:val="20"/>
              </w:rPr>
              <w:t>□</w:t>
            </w:r>
          </w:p>
        </w:tc>
        <w:tc>
          <w:tcPr>
            <w:tcW w:w="4022" w:type="dxa"/>
            <w:shd w:val="clear" w:color="auto" w:fill="F9FBFD"/>
            <w:tcMar>
              <w:top w:w="80" w:type="dxa"/>
              <w:left w:w="100" w:type="dxa"/>
              <w:bottom w:w="80" w:type="dxa"/>
              <w:right w:w="100" w:type="dxa"/>
            </w:tcMar>
            <w:vAlign w:val="center"/>
          </w:tcPr>
          <w:p w14:paraId="2A19C507" w14:textId="77777777" w:rsidR="00EB230B" w:rsidRPr="00EB230B" w:rsidRDefault="00EB230B" w:rsidP="001C2C92">
            <w:pPr>
              <w:spacing w:after="0" w:line="240" w:lineRule="exact"/>
              <w:rPr>
                <w:rFonts w:ascii="Times New Roman" w:eastAsia="標楷體" w:hAnsi="Times New Roman" w:cs="Times New Roman"/>
                <w:szCs w:val="20"/>
                <w:lang w:eastAsia="zh-TW"/>
              </w:rPr>
            </w:pPr>
            <w:r w:rsidRPr="00EB230B">
              <w:rPr>
                <w:rFonts w:ascii="Times New Roman" w:eastAsia="標楷體" w:hAnsi="Times New Roman" w:cs="Times New Roman"/>
                <w:b/>
                <w:szCs w:val="20"/>
                <w:lang w:eastAsia="zh-TW"/>
              </w:rPr>
              <w:t>賀榮貞女士大學生專題研究獎助學金</w:t>
            </w:r>
          </w:p>
        </w:tc>
        <w:tc>
          <w:tcPr>
            <w:tcW w:w="5181" w:type="dxa"/>
            <w:shd w:val="clear" w:color="auto" w:fill="F9FBFD"/>
            <w:tcMar>
              <w:top w:w="80" w:type="dxa"/>
              <w:left w:w="100" w:type="dxa"/>
              <w:bottom w:w="80" w:type="dxa"/>
              <w:right w:w="100" w:type="dxa"/>
            </w:tcMar>
            <w:vAlign w:val="center"/>
          </w:tcPr>
          <w:p w14:paraId="39A8628D" w14:textId="77777777" w:rsidR="00EB230B" w:rsidRPr="001C2C92" w:rsidRDefault="00EB230B" w:rsidP="001C2C92">
            <w:pPr>
              <w:spacing w:after="0" w:line="240" w:lineRule="exact"/>
              <w:rPr>
                <w:rFonts w:ascii="Times New Roman" w:eastAsia="標楷體" w:hAnsi="Times New Roman" w:cs="Times New Roman"/>
                <w:sz w:val="18"/>
                <w:szCs w:val="18"/>
                <w:lang w:eastAsia="zh-TW"/>
              </w:rPr>
            </w:pPr>
            <w:r w:rsidRPr="001C2C92">
              <w:rPr>
                <w:rFonts w:ascii="Times New Roman" w:eastAsia="標楷體" w:hAnsi="Times New Roman" w:cs="Times New Roman"/>
                <w:color w:val="444444"/>
                <w:sz w:val="18"/>
                <w:szCs w:val="18"/>
                <w:lang w:eastAsia="zh-TW"/>
              </w:rPr>
              <w:t>東海大學社會科學學院社會學系賀榮貞女士大學生專題研究獎助學金執行辦法</w:t>
            </w:r>
          </w:p>
        </w:tc>
      </w:tr>
      <w:tr w:rsidR="00EB230B" w:rsidRPr="00EB230B" w14:paraId="5D8DCAD0" w14:textId="77777777" w:rsidTr="001C2C92">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trHeight w:val="283"/>
          <w:jc w:val="center"/>
        </w:trPr>
        <w:tc>
          <w:tcPr>
            <w:tcW w:w="1003" w:type="dxa"/>
            <w:shd w:val="clear" w:color="auto" w:fill="FFFFFF"/>
            <w:tcMar>
              <w:top w:w="80" w:type="dxa"/>
              <w:left w:w="80" w:type="dxa"/>
              <w:bottom w:w="80" w:type="dxa"/>
              <w:right w:w="80" w:type="dxa"/>
            </w:tcMar>
          </w:tcPr>
          <w:p w14:paraId="36E4A537" w14:textId="211A80A0" w:rsidR="00EB230B" w:rsidRPr="00EB230B" w:rsidRDefault="00EB230B" w:rsidP="001C2C92">
            <w:pPr>
              <w:spacing w:after="0" w:line="240" w:lineRule="exact"/>
              <w:jc w:val="center"/>
              <w:rPr>
                <w:rFonts w:ascii="Times New Roman" w:eastAsia="標楷體" w:hAnsi="Times New Roman" w:cs="Times New Roman"/>
                <w:szCs w:val="20"/>
              </w:rPr>
            </w:pPr>
            <w:r w:rsidRPr="00B50973">
              <w:rPr>
                <w:rFonts w:ascii="標楷體" w:eastAsia="標楷體" w:hAnsi="標楷體" w:cs="Times New Roman" w:hint="eastAsia"/>
                <w:szCs w:val="20"/>
              </w:rPr>
              <w:t>□</w:t>
            </w:r>
          </w:p>
        </w:tc>
        <w:tc>
          <w:tcPr>
            <w:tcW w:w="4022" w:type="dxa"/>
            <w:shd w:val="clear" w:color="auto" w:fill="FFFFFF"/>
            <w:tcMar>
              <w:top w:w="80" w:type="dxa"/>
              <w:left w:w="100" w:type="dxa"/>
              <w:bottom w:w="80" w:type="dxa"/>
              <w:right w:w="100" w:type="dxa"/>
            </w:tcMar>
            <w:vAlign w:val="center"/>
          </w:tcPr>
          <w:p w14:paraId="7CA30824" w14:textId="77777777" w:rsidR="00EB230B" w:rsidRPr="00EB230B" w:rsidRDefault="00EB230B" w:rsidP="001C2C92">
            <w:pPr>
              <w:spacing w:after="0" w:line="240" w:lineRule="exact"/>
              <w:rPr>
                <w:rFonts w:ascii="Times New Roman" w:eastAsia="標楷體" w:hAnsi="Times New Roman" w:cs="Times New Roman"/>
                <w:szCs w:val="20"/>
                <w:lang w:eastAsia="zh-TW"/>
              </w:rPr>
            </w:pPr>
            <w:r w:rsidRPr="00EB230B">
              <w:rPr>
                <w:rFonts w:ascii="Times New Roman" w:eastAsia="標楷體" w:hAnsi="Times New Roman" w:cs="Times New Roman"/>
                <w:b/>
                <w:szCs w:val="20"/>
                <w:lang w:eastAsia="zh-TW"/>
              </w:rPr>
              <w:t>萬德和教授與吳家純女士研究生獎助學金</w:t>
            </w:r>
          </w:p>
        </w:tc>
        <w:tc>
          <w:tcPr>
            <w:tcW w:w="5181" w:type="dxa"/>
            <w:shd w:val="clear" w:color="auto" w:fill="FFFFFF"/>
            <w:tcMar>
              <w:top w:w="80" w:type="dxa"/>
              <w:left w:w="100" w:type="dxa"/>
              <w:bottom w:w="80" w:type="dxa"/>
              <w:right w:w="100" w:type="dxa"/>
            </w:tcMar>
            <w:vAlign w:val="center"/>
          </w:tcPr>
          <w:p w14:paraId="157C5321" w14:textId="77777777" w:rsidR="00EB230B" w:rsidRPr="001C2C92" w:rsidRDefault="00EB230B" w:rsidP="001C2C92">
            <w:pPr>
              <w:spacing w:after="0" w:line="240" w:lineRule="exact"/>
              <w:rPr>
                <w:rFonts w:ascii="Times New Roman" w:eastAsia="標楷體" w:hAnsi="Times New Roman" w:cs="Times New Roman"/>
                <w:sz w:val="18"/>
                <w:szCs w:val="18"/>
                <w:lang w:eastAsia="zh-TW"/>
              </w:rPr>
            </w:pPr>
            <w:r w:rsidRPr="001C2C92">
              <w:rPr>
                <w:rFonts w:ascii="Times New Roman" w:eastAsia="標楷體" w:hAnsi="Times New Roman" w:cs="Times New Roman"/>
                <w:color w:val="444444"/>
                <w:sz w:val="18"/>
                <w:szCs w:val="18"/>
                <w:lang w:eastAsia="zh-TW"/>
              </w:rPr>
              <w:t>東海大學社會科學院社會學系萬德和教授與吳家純女士研究生獎助學金執行辦法</w:t>
            </w:r>
          </w:p>
        </w:tc>
      </w:tr>
      <w:tr w:rsidR="00EB230B" w:rsidRPr="00EB230B" w14:paraId="6EE99ABB" w14:textId="77777777" w:rsidTr="001C2C92">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trHeight w:val="283"/>
          <w:jc w:val="center"/>
        </w:trPr>
        <w:tc>
          <w:tcPr>
            <w:tcW w:w="1003" w:type="dxa"/>
            <w:shd w:val="clear" w:color="auto" w:fill="F9FBFD"/>
            <w:tcMar>
              <w:top w:w="80" w:type="dxa"/>
              <w:left w:w="80" w:type="dxa"/>
              <w:bottom w:w="80" w:type="dxa"/>
              <w:right w:w="80" w:type="dxa"/>
            </w:tcMar>
          </w:tcPr>
          <w:p w14:paraId="23AA85C0" w14:textId="7AC34649" w:rsidR="00EB230B" w:rsidRPr="00EB230B" w:rsidRDefault="00EB230B" w:rsidP="001C2C92">
            <w:pPr>
              <w:spacing w:after="0" w:line="240" w:lineRule="exact"/>
              <w:jc w:val="center"/>
              <w:rPr>
                <w:rFonts w:ascii="Times New Roman" w:eastAsia="標楷體" w:hAnsi="Times New Roman" w:cs="Times New Roman"/>
                <w:szCs w:val="20"/>
              </w:rPr>
            </w:pPr>
            <w:r w:rsidRPr="00B50973">
              <w:rPr>
                <w:rFonts w:ascii="標楷體" w:eastAsia="標楷體" w:hAnsi="標楷體" w:cs="Times New Roman" w:hint="eastAsia"/>
                <w:szCs w:val="20"/>
              </w:rPr>
              <w:t>□</w:t>
            </w:r>
          </w:p>
        </w:tc>
        <w:tc>
          <w:tcPr>
            <w:tcW w:w="4022" w:type="dxa"/>
            <w:shd w:val="clear" w:color="auto" w:fill="F9FBFD"/>
            <w:tcMar>
              <w:top w:w="80" w:type="dxa"/>
              <w:left w:w="100" w:type="dxa"/>
              <w:bottom w:w="80" w:type="dxa"/>
              <w:right w:w="100" w:type="dxa"/>
            </w:tcMar>
            <w:vAlign w:val="center"/>
          </w:tcPr>
          <w:p w14:paraId="5FD9D7B6" w14:textId="77777777" w:rsidR="00EB230B" w:rsidRPr="00EB230B" w:rsidRDefault="00EB230B" w:rsidP="001C2C92">
            <w:pPr>
              <w:spacing w:after="0" w:line="240" w:lineRule="exact"/>
              <w:rPr>
                <w:rFonts w:ascii="Times New Roman" w:eastAsia="標楷體" w:hAnsi="Times New Roman" w:cs="Times New Roman"/>
                <w:szCs w:val="20"/>
              </w:rPr>
            </w:pPr>
            <w:r w:rsidRPr="00EB230B">
              <w:rPr>
                <w:rFonts w:ascii="Times New Roman" w:eastAsia="標楷體" w:hAnsi="Times New Roman" w:cs="Times New Roman"/>
                <w:b/>
                <w:szCs w:val="20"/>
              </w:rPr>
              <w:t>練馬可教授獎學金</w:t>
            </w:r>
          </w:p>
        </w:tc>
        <w:tc>
          <w:tcPr>
            <w:tcW w:w="5181" w:type="dxa"/>
            <w:shd w:val="clear" w:color="auto" w:fill="F9FBFD"/>
            <w:tcMar>
              <w:top w:w="80" w:type="dxa"/>
              <w:left w:w="100" w:type="dxa"/>
              <w:bottom w:w="80" w:type="dxa"/>
              <w:right w:w="100" w:type="dxa"/>
            </w:tcMar>
            <w:vAlign w:val="center"/>
          </w:tcPr>
          <w:p w14:paraId="43354D77" w14:textId="77777777" w:rsidR="00EB230B" w:rsidRPr="001C2C92" w:rsidRDefault="00EB230B" w:rsidP="001C2C92">
            <w:pPr>
              <w:spacing w:after="0" w:line="240" w:lineRule="exact"/>
              <w:rPr>
                <w:rFonts w:ascii="Times New Roman" w:eastAsia="標楷體" w:hAnsi="Times New Roman" w:cs="Times New Roman"/>
                <w:sz w:val="18"/>
                <w:szCs w:val="18"/>
                <w:lang w:eastAsia="zh-TW"/>
              </w:rPr>
            </w:pPr>
            <w:r w:rsidRPr="001C2C92">
              <w:rPr>
                <w:rFonts w:ascii="Times New Roman" w:eastAsia="標楷體" w:hAnsi="Times New Roman" w:cs="Times New Roman"/>
                <w:color w:val="444444"/>
                <w:sz w:val="18"/>
                <w:szCs w:val="18"/>
                <w:lang w:eastAsia="zh-TW"/>
              </w:rPr>
              <w:t>東海大學社會科學院社會學系練馬可教授獎學金辦法</w:t>
            </w:r>
          </w:p>
        </w:tc>
      </w:tr>
      <w:tr w:rsidR="00EB230B" w:rsidRPr="00EB230B" w14:paraId="4F2003DC" w14:textId="77777777" w:rsidTr="001C2C92">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trHeight w:val="283"/>
          <w:jc w:val="center"/>
        </w:trPr>
        <w:tc>
          <w:tcPr>
            <w:tcW w:w="1003" w:type="dxa"/>
            <w:shd w:val="clear" w:color="auto" w:fill="FFFFFF"/>
            <w:tcMar>
              <w:top w:w="80" w:type="dxa"/>
              <w:left w:w="80" w:type="dxa"/>
              <w:bottom w:w="80" w:type="dxa"/>
              <w:right w:w="80" w:type="dxa"/>
            </w:tcMar>
          </w:tcPr>
          <w:p w14:paraId="12E1E33C" w14:textId="4A452C5D" w:rsidR="00EB230B" w:rsidRPr="00EB230B" w:rsidRDefault="00EB230B" w:rsidP="001C2C92">
            <w:pPr>
              <w:spacing w:after="0" w:line="240" w:lineRule="exact"/>
              <w:jc w:val="center"/>
              <w:rPr>
                <w:rFonts w:ascii="Times New Roman" w:eastAsia="標楷體" w:hAnsi="Times New Roman" w:cs="Times New Roman"/>
                <w:szCs w:val="20"/>
              </w:rPr>
            </w:pPr>
            <w:r w:rsidRPr="00B50973">
              <w:rPr>
                <w:rFonts w:ascii="標楷體" w:eastAsia="標楷體" w:hAnsi="標楷體" w:cs="Times New Roman" w:hint="eastAsia"/>
                <w:szCs w:val="20"/>
              </w:rPr>
              <w:t>□</w:t>
            </w:r>
          </w:p>
        </w:tc>
        <w:tc>
          <w:tcPr>
            <w:tcW w:w="4022" w:type="dxa"/>
            <w:shd w:val="clear" w:color="auto" w:fill="FFFFFF"/>
            <w:tcMar>
              <w:top w:w="80" w:type="dxa"/>
              <w:left w:w="100" w:type="dxa"/>
              <w:bottom w:w="80" w:type="dxa"/>
              <w:right w:w="100" w:type="dxa"/>
            </w:tcMar>
            <w:vAlign w:val="center"/>
          </w:tcPr>
          <w:p w14:paraId="7ED72C77" w14:textId="77777777" w:rsidR="00EB230B" w:rsidRPr="00EB230B" w:rsidRDefault="00EB230B" w:rsidP="001C2C92">
            <w:pPr>
              <w:spacing w:after="0" w:line="240" w:lineRule="exact"/>
              <w:rPr>
                <w:rFonts w:ascii="Times New Roman" w:eastAsia="標楷體" w:hAnsi="Times New Roman" w:cs="Times New Roman"/>
                <w:szCs w:val="20"/>
              </w:rPr>
            </w:pPr>
            <w:r w:rsidRPr="00EB230B">
              <w:rPr>
                <w:rFonts w:ascii="Times New Roman" w:eastAsia="標楷體" w:hAnsi="Times New Roman" w:cs="Times New Roman"/>
                <w:b/>
                <w:szCs w:val="20"/>
              </w:rPr>
              <w:t>李文朗教授獎助學金</w:t>
            </w:r>
          </w:p>
        </w:tc>
        <w:tc>
          <w:tcPr>
            <w:tcW w:w="5181" w:type="dxa"/>
            <w:shd w:val="clear" w:color="auto" w:fill="FFFFFF"/>
            <w:tcMar>
              <w:top w:w="80" w:type="dxa"/>
              <w:left w:w="100" w:type="dxa"/>
              <w:bottom w:w="80" w:type="dxa"/>
              <w:right w:w="100" w:type="dxa"/>
            </w:tcMar>
            <w:vAlign w:val="center"/>
          </w:tcPr>
          <w:p w14:paraId="1FD1CFDD" w14:textId="77777777" w:rsidR="00EB230B" w:rsidRPr="001C2C92" w:rsidRDefault="00EB230B" w:rsidP="001C2C92">
            <w:pPr>
              <w:spacing w:after="0" w:line="240" w:lineRule="exact"/>
              <w:rPr>
                <w:rFonts w:ascii="Times New Roman" w:eastAsia="標楷體" w:hAnsi="Times New Roman" w:cs="Times New Roman"/>
                <w:sz w:val="18"/>
                <w:szCs w:val="18"/>
                <w:lang w:eastAsia="zh-TW"/>
              </w:rPr>
            </w:pPr>
            <w:r w:rsidRPr="001C2C92">
              <w:rPr>
                <w:rFonts w:ascii="Times New Roman" w:eastAsia="標楷體" w:hAnsi="Times New Roman" w:cs="Times New Roman"/>
                <w:color w:val="444444"/>
                <w:sz w:val="18"/>
                <w:szCs w:val="18"/>
                <w:lang w:eastAsia="zh-TW"/>
              </w:rPr>
              <w:t>東海大學社會科學院社會學系李文朗教授獎助學金辦法</w:t>
            </w:r>
          </w:p>
        </w:tc>
      </w:tr>
      <w:tr w:rsidR="00EB230B" w:rsidRPr="00EB230B" w14:paraId="0DB88E79" w14:textId="77777777" w:rsidTr="001C2C92">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trHeight w:val="283"/>
          <w:jc w:val="center"/>
        </w:trPr>
        <w:tc>
          <w:tcPr>
            <w:tcW w:w="1003" w:type="dxa"/>
            <w:shd w:val="clear" w:color="auto" w:fill="F9FBFD"/>
            <w:tcMar>
              <w:top w:w="80" w:type="dxa"/>
              <w:left w:w="80" w:type="dxa"/>
              <w:bottom w:w="80" w:type="dxa"/>
              <w:right w:w="80" w:type="dxa"/>
            </w:tcMar>
          </w:tcPr>
          <w:p w14:paraId="1A410011" w14:textId="243C3465" w:rsidR="00EB230B" w:rsidRPr="00EB230B" w:rsidRDefault="00EB230B" w:rsidP="001C2C92">
            <w:pPr>
              <w:spacing w:after="0" w:line="240" w:lineRule="exact"/>
              <w:jc w:val="center"/>
              <w:rPr>
                <w:rFonts w:ascii="Times New Roman" w:eastAsia="標楷體" w:hAnsi="Times New Roman" w:cs="Times New Roman"/>
                <w:szCs w:val="20"/>
              </w:rPr>
            </w:pPr>
            <w:r w:rsidRPr="00B50973">
              <w:rPr>
                <w:rFonts w:ascii="標楷體" w:eastAsia="標楷體" w:hAnsi="標楷體" w:cs="Times New Roman" w:hint="eastAsia"/>
                <w:szCs w:val="20"/>
              </w:rPr>
              <w:t>□</w:t>
            </w:r>
          </w:p>
        </w:tc>
        <w:tc>
          <w:tcPr>
            <w:tcW w:w="4022" w:type="dxa"/>
            <w:shd w:val="clear" w:color="auto" w:fill="F9FBFD"/>
            <w:tcMar>
              <w:top w:w="80" w:type="dxa"/>
              <w:left w:w="100" w:type="dxa"/>
              <w:bottom w:w="80" w:type="dxa"/>
              <w:right w:w="100" w:type="dxa"/>
            </w:tcMar>
            <w:vAlign w:val="center"/>
          </w:tcPr>
          <w:p w14:paraId="4AAC4A4A" w14:textId="77777777" w:rsidR="00EB230B" w:rsidRPr="00EB230B" w:rsidRDefault="00EB230B" w:rsidP="001C2C92">
            <w:pPr>
              <w:spacing w:after="0" w:line="240" w:lineRule="exact"/>
              <w:rPr>
                <w:rFonts w:ascii="Times New Roman" w:eastAsia="標楷體" w:hAnsi="Times New Roman" w:cs="Times New Roman"/>
                <w:szCs w:val="20"/>
                <w:lang w:eastAsia="zh-TW"/>
              </w:rPr>
            </w:pPr>
            <w:r w:rsidRPr="00EB230B">
              <w:rPr>
                <w:rFonts w:ascii="Times New Roman" w:eastAsia="標楷體" w:hAnsi="Times New Roman" w:cs="Times New Roman"/>
                <w:b/>
                <w:szCs w:val="20"/>
                <w:lang w:eastAsia="zh-TW"/>
              </w:rPr>
              <w:t>研究生學術論文獎助學金</w:t>
            </w:r>
          </w:p>
        </w:tc>
        <w:tc>
          <w:tcPr>
            <w:tcW w:w="5181" w:type="dxa"/>
            <w:shd w:val="clear" w:color="auto" w:fill="F9FBFD"/>
            <w:tcMar>
              <w:top w:w="80" w:type="dxa"/>
              <w:left w:w="100" w:type="dxa"/>
              <w:bottom w:w="80" w:type="dxa"/>
              <w:right w:w="100" w:type="dxa"/>
            </w:tcMar>
            <w:vAlign w:val="center"/>
          </w:tcPr>
          <w:p w14:paraId="4EAAE8FA" w14:textId="77777777" w:rsidR="00EB230B" w:rsidRPr="001C2C92" w:rsidRDefault="00EB230B" w:rsidP="001C2C92">
            <w:pPr>
              <w:spacing w:after="0" w:line="240" w:lineRule="exact"/>
              <w:rPr>
                <w:rFonts w:ascii="Times New Roman" w:eastAsia="標楷體" w:hAnsi="Times New Roman" w:cs="Times New Roman"/>
                <w:sz w:val="18"/>
                <w:szCs w:val="18"/>
                <w:lang w:eastAsia="zh-TW"/>
              </w:rPr>
            </w:pPr>
            <w:r w:rsidRPr="001C2C92">
              <w:rPr>
                <w:rFonts w:ascii="Times New Roman" w:eastAsia="標楷體" w:hAnsi="Times New Roman" w:cs="Times New Roman"/>
                <w:color w:val="444444"/>
                <w:sz w:val="18"/>
                <w:szCs w:val="18"/>
                <w:lang w:eastAsia="zh-TW"/>
              </w:rPr>
              <w:t>東海大學社會科學院社會學系發展基金執行辦法</w:t>
            </w:r>
          </w:p>
        </w:tc>
      </w:tr>
      <w:tr w:rsidR="00EB230B" w:rsidRPr="00EB230B" w14:paraId="55A5655C" w14:textId="77777777" w:rsidTr="001C2C92">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trHeight w:val="283"/>
          <w:jc w:val="center"/>
        </w:trPr>
        <w:tc>
          <w:tcPr>
            <w:tcW w:w="1003" w:type="dxa"/>
            <w:shd w:val="clear" w:color="auto" w:fill="FFFFFF"/>
            <w:tcMar>
              <w:top w:w="80" w:type="dxa"/>
              <w:left w:w="80" w:type="dxa"/>
              <w:bottom w:w="80" w:type="dxa"/>
              <w:right w:w="80" w:type="dxa"/>
            </w:tcMar>
          </w:tcPr>
          <w:p w14:paraId="7C3E6EA7" w14:textId="47A574E8" w:rsidR="00EB230B" w:rsidRPr="00EB230B" w:rsidRDefault="00EB230B" w:rsidP="001C2C92">
            <w:pPr>
              <w:spacing w:after="0" w:line="240" w:lineRule="exact"/>
              <w:jc w:val="center"/>
              <w:rPr>
                <w:rFonts w:ascii="Times New Roman" w:eastAsia="標楷體" w:hAnsi="Times New Roman" w:cs="Times New Roman"/>
                <w:szCs w:val="20"/>
              </w:rPr>
            </w:pPr>
            <w:r w:rsidRPr="00B50973">
              <w:rPr>
                <w:rFonts w:ascii="標楷體" w:eastAsia="標楷體" w:hAnsi="標楷體" w:cs="Times New Roman" w:hint="eastAsia"/>
                <w:szCs w:val="20"/>
              </w:rPr>
              <w:t>□</w:t>
            </w:r>
          </w:p>
        </w:tc>
        <w:tc>
          <w:tcPr>
            <w:tcW w:w="4022" w:type="dxa"/>
            <w:shd w:val="clear" w:color="auto" w:fill="FFFFFF"/>
            <w:tcMar>
              <w:top w:w="80" w:type="dxa"/>
              <w:left w:w="100" w:type="dxa"/>
              <w:bottom w:w="80" w:type="dxa"/>
              <w:right w:w="100" w:type="dxa"/>
            </w:tcMar>
            <w:vAlign w:val="center"/>
          </w:tcPr>
          <w:p w14:paraId="0227ED70" w14:textId="77777777" w:rsidR="00EB230B" w:rsidRPr="00EB230B" w:rsidRDefault="00EB230B" w:rsidP="001C2C92">
            <w:pPr>
              <w:spacing w:after="0" w:line="240" w:lineRule="exact"/>
              <w:rPr>
                <w:rFonts w:ascii="Times New Roman" w:eastAsia="標楷體" w:hAnsi="Times New Roman" w:cs="Times New Roman"/>
                <w:szCs w:val="20"/>
                <w:lang w:eastAsia="zh-TW"/>
              </w:rPr>
            </w:pPr>
            <w:r w:rsidRPr="00EB230B">
              <w:rPr>
                <w:rFonts w:ascii="Times New Roman" w:eastAsia="標楷體" w:hAnsi="Times New Roman" w:cs="Times New Roman"/>
                <w:b/>
                <w:szCs w:val="20"/>
                <w:lang w:eastAsia="zh-TW"/>
              </w:rPr>
              <w:t>研究生出席國際學術會議獎助</w:t>
            </w:r>
          </w:p>
        </w:tc>
        <w:tc>
          <w:tcPr>
            <w:tcW w:w="5181" w:type="dxa"/>
            <w:shd w:val="clear" w:color="auto" w:fill="FFFFFF"/>
            <w:tcMar>
              <w:top w:w="80" w:type="dxa"/>
              <w:left w:w="100" w:type="dxa"/>
              <w:bottom w:w="80" w:type="dxa"/>
              <w:right w:w="100" w:type="dxa"/>
            </w:tcMar>
            <w:vAlign w:val="center"/>
          </w:tcPr>
          <w:p w14:paraId="50CCA366" w14:textId="77777777" w:rsidR="00EB230B" w:rsidRPr="001C2C92" w:rsidRDefault="00EB230B" w:rsidP="001C2C92">
            <w:pPr>
              <w:spacing w:after="0" w:line="240" w:lineRule="exact"/>
              <w:rPr>
                <w:rFonts w:ascii="Times New Roman" w:eastAsia="標楷體" w:hAnsi="Times New Roman" w:cs="Times New Roman"/>
                <w:sz w:val="18"/>
                <w:szCs w:val="18"/>
                <w:lang w:eastAsia="zh-TW"/>
              </w:rPr>
            </w:pPr>
            <w:r w:rsidRPr="001C2C92">
              <w:rPr>
                <w:rFonts w:ascii="Times New Roman" w:eastAsia="標楷體" w:hAnsi="Times New Roman" w:cs="Times New Roman"/>
                <w:color w:val="444444"/>
                <w:sz w:val="18"/>
                <w:szCs w:val="18"/>
                <w:lang w:eastAsia="zh-TW"/>
              </w:rPr>
              <w:t>東海大學社會科學院社會學系發展基金執行辦法</w:t>
            </w:r>
          </w:p>
        </w:tc>
      </w:tr>
      <w:tr w:rsidR="00EB230B" w:rsidRPr="00EB230B" w14:paraId="2542BB5D" w14:textId="77777777" w:rsidTr="001C2C92">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trHeight w:val="283"/>
          <w:jc w:val="center"/>
        </w:trPr>
        <w:tc>
          <w:tcPr>
            <w:tcW w:w="1003" w:type="dxa"/>
            <w:shd w:val="clear" w:color="auto" w:fill="F9FBFD"/>
            <w:tcMar>
              <w:top w:w="80" w:type="dxa"/>
              <w:left w:w="80" w:type="dxa"/>
              <w:bottom w:w="80" w:type="dxa"/>
              <w:right w:w="80" w:type="dxa"/>
            </w:tcMar>
          </w:tcPr>
          <w:p w14:paraId="452E5B14" w14:textId="7E72670B" w:rsidR="00EB230B" w:rsidRPr="00EB230B" w:rsidRDefault="00EB230B" w:rsidP="001C2C92">
            <w:pPr>
              <w:spacing w:after="0" w:line="240" w:lineRule="exact"/>
              <w:jc w:val="center"/>
              <w:rPr>
                <w:rFonts w:ascii="Times New Roman" w:eastAsia="標楷體" w:hAnsi="Times New Roman" w:cs="Times New Roman"/>
                <w:szCs w:val="20"/>
              </w:rPr>
            </w:pPr>
            <w:r w:rsidRPr="00B50973">
              <w:rPr>
                <w:rFonts w:ascii="標楷體" w:eastAsia="標楷體" w:hAnsi="標楷體" w:cs="Times New Roman" w:hint="eastAsia"/>
                <w:szCs w:val="20"/>
              </w:rPr>
              <w:t>□</w:t>
            </w:r>
          </w:p>
        </w:tc>
        <w:tc>
          <w:tcPr>
            <w:tcW w:w="4022" w:type="dxa"/>
            <w:shd w:val="clear" w:color="auto" w:fill="F9FBFD"/>
            <w:tcMar>
              <w:top w:w="80" w:type="dxa"/>
              <w:left w:w="100" w:type="dxa"/>
              <w:bottom w:w="80" w:type="dxa"/>
              <w:right w:w="100" w:type="dxa"/>
            </w:tcMar>
            <w:vAlign w:val="center"/>
          </w:tcPr>
          <w:p w14:paraId="1E68F43F" w14:textId="77777777" w:rsidR="00EB230B" w:rsidRPr="00EB230B" w:rsidRDefault="00EB230B" w:rsidP="001C2C92">
            <w:pPr>
              <w:spacing w:after="0" w:line="240" w:lineRule="exact"/>
              <w:rPr>
                <w:rFonts w:ascii="Times New Roman" w:eastAsia="標楷體" w:hAnsi="Times New Roman" w:cs="Times New Roman"/>
                <w:szCs w:val="20"/>
                <w:lang w:eastAsia="zh-TW"/>
              </w:rPr>
            </w:pPr>
            <w:r w:rsidRPr="00EB230B">
              <w:rPr>
                <w:rFonts w:ascii="Times New Roman" w:eastAsia="標楷體" w:hAnsi="Times New Roman" w:cs="Times New Roman"/>
                <w:b/>
                <w:szCs w:val="20"/>
                <w:lang w:eastAsia="zh-TW"/>
              </w:rPr>
              <w:t>交換學生出國進修獎助學金</w:t>
            </w:r>
          </w:p>
        </w:tc>
        <w:tc>
          <w:tcPr>
            <w:tcW w:w="5181" w:type="dxa"/>
            <w:shd w:val="clear" w:color="auto" w:fill="F9FBFD"/>
            <w:tcMar>
              <w:top w:w="80" w:type="dxa"/>
              <w:left w:w="100" w:type="dxa"/>
              <w:bottom w:w="80" w:type="dxa"/>
              <w:right w:w="100" w:type="dxa"/>
            </w:tcMar>
            <w:vAlign w:val="center"/>
          </w:tcPr>
          <w:p w14:paraId="3B6ED088" w14:textId="77777777" w:rsidR="00EB230B" w:rsidRPr="001C2C92" w:rsidRDefault="00EB230B" w:rsidP="001C2C92">
            <w:pPr>
              <w:spacing w:after="0" w:line="240" w:lineRule="exact"/>
              <w:rPr>
                <w:rFonts w:ascii="Times New Roman" w:eastAsia="標楷體" w:hAnsi="Times New Roman" w:cs="Times New Roman"/>
                <w:sz w:val="18"/>
                <w:szCs w:val="18"/>
                <w:lang w:eastAsia="zh-TW"/>
              </w:rPr>
            </w:pPr>
            <w:r w:rsidRPr="001C2C92">
              <w:rPr>
                <w:rFonts w:ascii="Times New Roman" w:eastAsia="標楷體" w:hAnsi="Times New Roman" w:cs="Times New Roman"/>
                <w:color w:val="444444"/>
                <w:sz w:val="18"/>
                <w:szCs w:val="18"/>
                <w:lang w:eastAsia="zh-TW"/>
              </w:rPr>
              <w:t>東海大學社會科學學院社會學系林南教授國際交流獎助學金執行辦法</w:t>
            </w:r>
          </w:p>
        </w:tc>
      </w:tr>
      <w:tr w:rsidR="00EB230B" w:rsidRPr="00EB230B" w14:paraId="5DD03BE7" w14:textId="77777777" w:rsidTr="001C2C92">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trHeight w:val="283"/>
          <w:jc w:val="center"/>
        </w:trPr>
        <w:tc>
          <w:tcPr>
            <w:tcW w:w="1003" w:type="dxa"/>
            <w:shd w:val="clear" w:color="auto" w:fill="FFFFFF"/>
            <w:tcMar>
              <w:top w:w="80" w:type="dxa"/>
              <w:left w:w="80" w:type="dxa"/>
              <w:bottom w:w="80" w:type="dxa"/>
              <w:right w:w="80" w:type="dxa"/>
            </w:tcMar>
          </w:tcPr>
          <w:p w14:paraId="0C1A9CFB" w14:textId="34F6ABAF" w:rsidR="00EB230B" w:rsidRPr="00EB230B" w:rsidRDefault="00EB230B" w:rsidP="001C2C92">
            <w:pPr>
              <w:spacing w:after="0" w:line="240" w:lineRule="exact"/>
              <w:jc w:val="center"/>
              <w:rPr>
                <w:rFonts w:ascii="Times New Roman" w:eastAsia="標楷體" w:hAnsi="Times New Roman" w:cs="Times New Roman"/>
                <w:szCs w:val="20"/>
              </w:rPr>
            </w:pPr>
            <w:r w:rsidRPr="00B50973">
              <w:rPr>
                <w:rFonts w:ascii="標楷體" w:eastAsia="標楷體" w:hAnsi="標楷體" w:cs="Times New Roman" w:hint="eastAsia"/>
                <w:szCs w:val="20"/>
              </w:rPr>
              <w:t>□</w:t>
            </w:r>
          </w:p>
        </w:tc>
        <w:tc>
          <w:tcPr>
            <w:tcW w:w="4022" w:type="dxa"/>
            <w:shd w:val="clear" w:color="auto" w:fill="FFFFFF"/>
            <w:tcMar>
              <w:top w:w="80" w:type="dxa"/>
              <w:left w:w="100" w:type="dxa"/>
              <w:bottom w:w="80" w:type="dxa"/>
              <w:right w:w="100" w:type="dxa"/>
            </w:tcMar>
            <w:vAlign w:val="center"/>
          </w:tcPr>
          <w:p w14:paraId="7404F384" w14:textId="77777777" w:rsidR="00EB230B" w:rsidRPr="00EB230B" w:rsidRDefault="00EB230B" w:rsidP="001C2C92">
            <w:pPr>
              <w:spacing w:after="0" w:line="240" w:lineRule="exact"/>
              <w:rPr>
                <w:rFonts w:ascii="Times New Roman" w:eastAsia="標楷體" w:hAnsi="Times New Roman" w:cs="Times New Roman"/>
                <w:szCs w:val="20"/>
                <w:lang w:eastAsia="zh-TW"/>
              </w:rPr>
            </w:pPr>
            <w:r w:rsidRPr="00EB230B">
              <w:rPr>
                <w:rFonts w:ascii="Times New Roman" w:eastAsia="標楷體" w:hAnsi="Times New Roman" w:cs="Times New Roman"/>
                <w:b/>
                <w:szCs w:val="20"/>
                <w:lang w:eastAsia="zh-TW"/>
              </w:rPr>
              <w:t>碩博士生小額論文研究獎助</w:t>
            </w:r>
          </w:p>
        </w:tc>
        <w:tc>
          <w:tcPr>
            <w:tcW w:w="5181" w:type="dxa"/>
            <w:shd w:val="clear" w:color="auto" w:fill="FFFFFF"/>
            <w:tcMar>
              <w:top w:w="80" w:type="dxa"/>
              <w:left w:w="100" w:type="dxa"/>
              <w:bottom w:w="80" w:type="dxa"/>
              <w:right w:w="100" w:type="dxa"/>
            </w:tcMar>
            <w:vAlign w:val="center"/>
          </w:tcPr>
          <w:p w14:paraId="7CFF00D7" w14:textId="77777777" w:rsidR="00EB230B" w:rsidRPr="001C2C92" w:rsidRDefault="00EB230B" w:rsidP="001C2C92">
            <w:pPr>
              <w:spacing w:after="0" w:line="240" w:lineRule="exact"/>
              <w:rPr>
                <w:rFonts w:ascii="Times New Roman" w:eastAsia="標楷體" w:hAnsi="Times New Roman" w:cs="Times New Roman"/>
                <w:sz w:val="18"/>
                <w:szCs w:val="18"/>
                <w:lang w:eastAsia="zh-TW"/>
              </w:rPr>
            </w:pPr>
            <w:r w:rsidRPr="001C2C92">
              <w:rPr>
                <w:rFonts w:ascii="Times New Roman" w:eastAsia="標楷體" w:hAnsi="Times New Roman" w:cs="Times New Roman"/>
                <w:color w:val="444444"/>
                <w:sz w:val="18"/>
                <w:szCs w:val="18"/>
                <w:lang w:eastAsia="zh-TW"/>
              </w:rPr>
              <w:t>東海大學社會科學院社會學系發展基金執行辦法</w:t>
            </w:r>
          </w:p>
        </w:tc>
      </w:tr>
      <w:tr w:rsidR="00EB230B" w:rsidRPr="00EB230B" w14:paraId="58CEC22F" w14:textId="77777777" w:rsidTr="001C2C92">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trHeight w:val="283"/>
          <w:jc w:val="center"/>
        </w:trPr>
        <w:tc>
          <w:tcPr>
            <w:tcW w:w="1003" w:type="dxa"/>
            <w:shd w:val="clear" w:color="auto" w:fill="F9FBFD"/>
            <w:tcMar>
              <w:top w:w="80" w:type="dxa"/>
              <w:left w:w="80" w:type="dxa"/>
              <w:bottom w:w="80" w:type="dxa"/>
              <w:right w:w="80" w:type="dxa"/>
            </w:tcMar>
          </w:tcPr>
          <w:p w14:paraId="1896FA3E" w14:textId="0A48927D" w:rsidR="00EB230B" w:rsidRPr="00EB230B" w:rsidRDefault="00EB230B" w:rsidP="001C2C92">
            <w:pPr>
              <w:spacing w:after="0" w:line="240" w:lineRule="exact"/>
              <w:jc w:val="center"/>
              <w:rPr>
                <w:rFonts w:ascii="Times New Roman" w:eastAsia="標楷體" w:hAnsi="Times New Roman" w:cs="Times New Roman"/>
                <w:szCs w:val="20"/>
              </w:rPr>
            </w:pPr>
            <w:r w:rsidRPr="00B50973">
              <w:rPr>
                <w:rFonts w:ascii="標楷體" w:eastAsia="標楷體" w:hAnsi="標楷體" w:cs="Times New Roman" w:hint="eastAsia"/>
                <w:szCs w:val="20"/>
              </w:rPr>
              <w:t>□</w:t>
            </w:r>
          </w:p>
        </w:tc>
        <w:tc>
          <w:tcPr>
            <w:tcW w:w="4022" w:type="dxa"/>
            <w:shd w:val="clear" w:color="auto" w:fill="F9FBFD"/>
            <w:tcMar>
              <w:top w:w="80" w:type="dxa"/>
              <w:left w:w="100" w:type="dxa"/>
              <w:bottom w:w="80" w:type="dxa"/>
              <w:right w:w="100" w:type="dxa"/>
            </w:tcMar>
            <w:vAlign w:val="center"/>
          </w:tcPr>
          <w:p w14:paraId="730AD085" w14:textId="77777777" w:rsidR="00EB230B" w:rsidRPr="00EB230B" w:rsidRDefault="00EB230B" w:rsidP="001C2C92">
            <w:pPr>
              <w:spacing w:after="0" w:line="240" w:lineRule="exact"/>
              <w:rPr>
                <w:rFonts w:ascii="Times New Roman" w:eastAsia="標楷體" w:hAnsi="Times New Roman" w:cs="Times New Roman"/>
                <w:szCs w:val="20"/>
                <w:lang w:eastAsia="zh-TW"/>
              </w:rPr>
            </w:pPr>
            <w:r w:rsidRPr="00EB230B">
              <w:rPr>
                <w:rFonts w:ascii="Times New Roman" w:eastAsia="標楷體" w:hAnsi="Times New Roman" w:cs="Times New Roman"/>
                <w:b/>
                <w:szCs w:val="20"/>
                <w:lang w:eastAsia="zh-TW"/>
              </w:rPr>
              <w:t>國家科學及技術委員會大專生研究計畫獎助學金</w:t>
            </w:r>
          </w:p>
        </w:tc>
        <w:tc>
          <w:tcPr>
            <w:tcW w:w="5181" w:type="dxa"/>
            <w:shd w:val="clear" w:color="auto" w:fill="F9FBFD"/>
            <w:tcMar>
              <w:top w:w="80" w:type="dxa"/>
              <w:left w:w="100" w:type="dxa"/>
              <w:bottom w:w="80" w:type="dxa"/>
              <w:right w:w="100" w:type="dxa"/>
            </w:tcMar>
            <w:vAlign w:val="center"/>
          </w:tcPr>
          <w:p w14:paraId="00EE80C5" w14:textId="77777777" w:rsidR="00EB230B" w:rsidRPr="001C2C92" w:rsidRDefault="00EB230B" w:rsidP="001C2C92">
            <w:pPr>
              <w:spacing w:after="0" w:line="240" w:lineRule="exact"/>
              <w:rPr>
                <w:rFonts w:ascii="Times New Roman" w:eastAsia="標楷體" w:hAnsi="Times New Roman" w:cs="Times New Roman"/>
                <w:sz w:val="18"/>
                <w:szCs w:val="18"/>
                <w:lang w:eastAsia="zh-TW"/>
              </w:rPr>
            </w:pPr>
            <w:r w:rsidRPr="001C2C92">
              <w:rPr>
                <w:rFonts w:ascii="Times New Roman" w:eastAsia="標楷體" w:hAnsi="Times New Roman" w:cs="Times New Roman"/>
                <w:color w:val="444444"/>
                <w:sz w:val="18"/>
                <w:szCs w:val="18"/>
                <w:lang w:eastAsia="zh-TW"/>
              </w:rPr>
              <w:t>東海大學社會科學院社會學系發展基金執行辦法</w:t>
            </w:r>
          </w:p>
        </w:tc>
      </w:tr>
      <w:tr w:rsidR="00EB230B" w:rsidRPr="00EB230B" w14:paraId="0D28B9F9" w14:textId="77777777" w:rsidTr="001C2C92">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trHeight w:val="283"/>
          <w:jc w:val="center"/>
        </w:trPr>
        <w:tc>
          <w:tcPr>
            <w:tcW w:w="1003" w:type="dxa"/>
            <w:shd w:val="clear" w:color="auto" w:fill="FFFFFF"/>
            <w:tcMar>
              <w:top w:w="80" w:type="dxa"/>
              <w:left w:w="80" w:type="dxa"/>
              <w:bottom w:w="80" w:type="dxa"/>
              <w:right w:w="80" w:type="dxa"/>
            </w:tcMar>
          </w:tcPr>
          <w:p w14:paraId="0EFC5CE5" w14:textId="33DDB7B5" w:rsidR="00EB230B" w:rsidRPr="00EB230B" w:rsidRDefault="00EB230B" w:rsidP="001C2C92">
            <w:pPr>
              <w:spacing w:after="0" w:line="240" w:lineRule="exact"/>
              <w:jc w:val="center"/>
              <w:rPr>
                <w:rFonts w:ascii="Times New Roman" w:eastAsia="標楷體" w:hAnsi="Times New Roman" w:cs="Times New Roman"/>
              </w:rPr>
            </w:pPr>
            <w:r w:rsidRPr="00B50973">
              <w:rPr>
                <w:rFonts w:ascii="標楷體" w:eastAsia="標楷體" w:hAnsi="標楷體" w:cs="Times New Roman" w:hint="eastAsia"/>
                <w:szCs w:val="20"/>
              </w:rPr>
              <w:t>□</w:t>
            </w:r>
          </w:p>
        </w:tc>
        <w:tc>
          <w:tcPr>
            <w:tcW w:w="4022" w:type="dxa"/>
            <w:shd w:val="clear" w:color="auto" w:fill="FFFFFF"/>
            <w:tcMar>
              <w:top w:w="80" w:type="dxa"/>
              <w:left w:w="100" w:type="dxa"/>
              <w:bottom w:w="80" w:type="dxa"/>
              <w:right w:w="100" w:type="dxa"/>
            </w:tcMar>
            <w:vAlign w:val="center"/>
          </w:tcPr>
          <w:p w14:paraId="028477A4" w14:textId="77777777" w:rsidR="00EB230B" w:rsidRPr="00EB230B" w:rsidRDefault="00EB230B" w:rsidP="001C2C92">
            <w:pPr>
              <w:spacing w:after="0" w:line="240" w:lineRule="exact"/>
              <w:rPr>
                <w:rFonts w:ascii="Times New Roman" w:eastAsia="標楷體" w:hAnsi="Times New Roman" w:cs="Times New Roman"/>
              </w:rPr>
            </w:pPr>
            <w:r w:rsidRPr="00EB230B">
              <w:rPr>
                <w:rFonts w:ascii="Times New Roman" w:eastAsia="標楷體" w:hAnsi="Times New Roman" w:cs="Times New Roman"/>
                <w:b/>
                <w:sz w:val="18"/>
              </w:rPr>
              <w:t>啟眾獎學金</w:t>
            </w:r>
          </w:p>
        </w:tc>
        <w:tc>
          <w:tcPr>
            <w:tcW w:w="5181" w:type="dxa"/>
            <w:shd w:val="clear" w:color="auto" w:fill="FFFFFF"/>
            <w:tcMar>
              <w:top w:w="80" w:type="dxa"/>
              <w:left w:w="100" w:type="dxa"/>
              <w:bottom w:w="80" w:type="dxa"/>
              <w:right w:w="100" w:type="dxa"/>
            </w:tcMar>
            <w:vAlign w:val="center"/>
          </w:tcPr>
          <w:p w14:paraId="2EEE75C4" w14:textId="77777777" w:rsidR="00EB230B" w:rsidRPr="001C2C92" w:rsidRDefault="00EB230B" w:rsidP="001C2C92">
            <w:pPr>
              <w:spacing w:after="0" w:line="240" w:lineRule="exact"/>
              <w:rPr>
                <w:rFonts w:ascii="Times New Roman" w:eastAsia="標楷體" w:hAnsi="Times New Roman" w:cs="Times New Roman"/>
                <w:sz w:val="18"/>
                <w:szCs w:val="18"/>
                <w:lang w:eastAsia="zh-TW"/>
              </w:rPr>
            </w:pPr>
            <w:r w:rsidRPr="001C2C92">
              <w:rPr>
                <w:rFonts w:ascii="Times New Roman" w:eastAsia="標楷體" w:hAnsi="Times New Roman" w:cs="Times New Roman"/>
                <w:color w:val="444444"/>
                <w:sz w:val="18"/>
                <w:szCs w:val="18"/>
                <w:lang w:eastAsia="zh-TW"/>
              </w:rPr>
              <w:t>東海大學社會科學學院社會學系練馬可教授發展基金執行辦法</w:t>
            </w:r>
          </w:p>
        </w:tc>
      </w:tr>
      <w:tr w:rsidR="00EB230B" w:rsidRPr="00EB230B" w14:paraId="7E34D56D" w14:textId="77777777" w:rsidTr="001C2C92">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trHeight w:val="283"/>
          <w:jc w:val="center"/>
        </w:trPr>
        <w:tc>
          <w:tcPr>
            <w:tcW w:w="1003" w:type="dxa"/>
            <w:shd w:val="clear" w:color="auto" w:fill="F9FBFD"/>
            <w:tcMar>
              <w:top w:w="80" w:type="dxa"/>
              <w:left w:w="80" w:type="dxa"/>
              <w:bottom w:w="80" w:type="dxa"/>
              <w:right w:w="80" w:type="dxa"/>
            </w:tcMar>
          </w:tcPr>
          <w:p w14:paraId="6E7340CC" w14:textId="5972C107" w:rsidR="00EB230B" w:rsidRPr="00EB230B" w:rsidRDefault="00EB230B" w:rsidP="001C2C92">
            <w:pPr>
              <w:spacing w:after="0" w:line="240" w:lineRule="exact"/>
              <w:jc w:val="center"/>
              <w:rPr>
                <w:rFonts w:ascii="Times New Roman" w:eastAsia="標楷體" w:hAnsi="Times New Roman" w:cs="Times New Roman"/>
              </w:rPr>
            </w:pPr>
            <w:r w:rsidRPr="00B50973">
              <w:rPr>
                <w:rFonts w:ascii="標楷體" w:eastAsia="標楷體" w:hAnsi="標楷體" w:cs="Times New Roman" w:hint="eastAsia"/>
                <w:szCs w:val="20"/>
              </w:rPr>
              <w:t>□</w:t>
            </w:r>
          </w:p>
        </w:tc>
        <w:tc>
          <w:tcPr>
            <w:tcW w:w="4022" w:type="dxa"/>
            <w:shd w:val="clear" w:color="auto" w:fill="F9FBFD"/>
            <w:tcMar>
              <w:top w:w="80" w:type="dxa"/>
              <w:left w:w="100" w:type="dxa"/>
              <w:bottom w:w="80" w:type="dxa"/>
              <w:right w:w="100" w:type="dxa"/>
            </w:tcMar>
            <w:vAlign w:val="center"/>
          </w:tcPr>
          <w:p w14:paraId="5689CCEA" w14:textId="77777777" w:rsidR="00EB230B" w:rsidRPr="00EB230B" w:rsidRDefault="00EB230B" w:rsidP="001C2C92">
            <w:pPr>
              <w:spacing w:after="0" w:line="240" w:lineRule="exact"/>
              <w:rPr>
                <w:rFonts w:ascii="Times New Roman" w:eastAsia="標楷體" w:hAnsi="Times New Roman" w:cs="Times New Roman"/>
                <w:lang w:eastAsia="zh-TW"/>
              </w:rPr>
            </w:pPr>
            <w:r w:rsidRPr="00EB230B">
              <w:rPr>
                <w:rFonts w:ascii="Times New Roman" w:eastAsia="標楷體" w:hAnsi="Times New Roman" w:cs="Times New Roman"/>
                <w:b/>
                <w:sz w:val="18"/>
                <w:lang w:eastAsia="zh-TW"/>
              </w:rPr>
              <w:t>社會調查師認證獎勵金</w:t>
            </w:r>
          </w:p>
        </w:tc>
        <w:tc>
          <w:tcPr>
            <w:tcW w:w="5181" w:type="dxa"/>
            <w:shd w:val="clear" w:color="auto" w:fill="F9FBFD"/>
            <w:tcMar>
              <w:top w:w="80" w:type="dxa"/>
              <w:left w:w="100" w:type="dxa"/>
              <w:bottom w:w="80" w:type="dxa"/>
              <w:right w:w="100" w:type="dxa"/>
            </w:tcMar>
            <w:vAlign w:val="center"/>
          </w:tcPr>
          <w:p w14:paraId="7F87221E" w14:textId="77777777" w:rsidR="00EB230B" w:rsidRPr="001C2C92" w:rsidRDefault="00EB230B" w:rsidP="001C2C92">
            <w:pPr>
              <w:spacing w:after="0" w:line="240" w:lineRule="exact"/>
              <w:rPr>
                <w:rFonts w:ascii="Times New Roman" w:eastAsia="標楷體" w:hAnsi="Times New Roman" w:cs="Times New Roman"/>
                <w:sz w:val="18"/>
                <w:szCs w:val="18"/>
                <w:lang w:eastAsia="zh-TW"/>
              </w:rPr>
            </w:pPr>
            <w:r w:rsidRPr="001C2C92">
              <w:rPr>
                <w:rFonts w:ascii="Times New Roman" w:eastAsia="標楷體" w:hAnsi="Times New Roman" w:cs="Times New Roman"/>
                <w:color w:val="444444"/>
                <w:sz w:val="18"/>
                <w:szCs w:val="18"/>
                <w:lang w:eastAsia="zh-TW"/>
              </w:rPr>
              <w:t>東海大學社會科學院社會學系相關規定</w:t>
            </w:r>
          </w:p>
        </w:tc>
      </w:tr>
      <w:tr w:rsidR="00EB230B" w:rsidRPr="00EB230B" w14:paraId="3D28D424" w14:textId="77777777" w:rsidTr="001C2C92">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trHeight w:val="283"/>
          <w:jc w:val="center"/>
        </w:trPr>
        <w:tc>
          <w:tcPr>
            <w:tcW w:w="1003" w:type="dxa"/>
            <w:shd w:val="clear" w:color="auto" w:fill="FFFFFF"/>
            <w:tcMar>
              <w:top w:w="80" w:type="dxa"/>
              <w:left w:w="80" w:type="dxa"/>
              <w:bottom w:w="80" w:type="dxa"/>
              <w:right w:w="80" w:type="dxa"/>
            </w:tcMar>
          </w:tcPr>
          <w:p w14:paraId="4BECB29B" w14:textId="74553C14" w:rsidR="00EB230B" w:rsidRPr="00EB230B" w:rsidRDefault="00EB230B" w:rsidP="001C2C92">
            <w:pPr>
              <w:spacing w:after="0" w:line="240" w:lineRule="exact"/>
              <w:jc w:val="center"/>
              <w:rPr>
                <w:rFonts w:ascii="Times New Roman" w:eastAsia="標楷體" w:hAnsi="Times New Roman" w:cs="Times New Roman"/>
              </w:rPr>
            </w:pPr>
            <w:r w:rsidRPr="00B50973">
              <w:rPr>
                <w:rFonts w:ascii="標楷體" w:eastAsia="標楷體" w:hAnsi="標楷體" w:cs="Times New Roman" w:hint="eastAsia"/>
                <w:szCs w:val="20"/>
              </w:rPr>
              <w:t>□</w:t>
            </w:r>
          </w:p>
        </w:tc>
        <w:tc>
          <w:tcPr>
            <w:tcW w:w="4022" w:type="dxa"/>
            <w:shd w:val="clear" w:color="auto" w:fill="FFFFFF"/>
            <w:tcMar>
              <w:top w:w="80" w:type="dxa"/>
              <w:left w:w="100" w:type="dxa"/>
              <w:bottom w:w="80" w:type="dxa"/>
              <w:right w:w="100" w:type="dxa"/>
            </w:tcMar>
            <w:vAlign w:val="center"/>
          </w:tcPr>
          <w:p w14:paraId="528CAF76" w14:textId="77777777" w:rsidR="00EB230B" w:rsidRPr="00EB230B" w:rsidRDefault="00EB230B" w:rsidP="001C2C92">
            <w:pPr>
              <w:spacing w:after="0" w:line="240" w:lineRule="exact"/>
              <w:rPr>
                <w:rFonts w:ascii="Times New Roman" w:eastAsia="標楷體" w:hAnsi="Times New Roman" w:cs="Times New Roman"/>
              </w:rPr>
            </w:pPr>
            <w:r w:rsidRPr="00EB230B">
              <w:rPr>
                <w:rFonts w:ascii="Times New Roman" w:eastAsia="標楷體" w:hAnsi="Times New Roman" w:cs="Times New Roman"/>
                <w:b/>
                <w:sz w:val="18"/>
              </w:rPr>
              <w:t>學生對外比賽獎勵</w:t>
            </w:r>
          </w:p>
        </w:tc>
        <w:tc>
          <w:tcPr>
            <w:tcW w:w="5181" w:type="dxa"/>
            <w:shd w:val="clear" w:color="auto" w:fill="FFFFFF"/>
            <w:tcMar>
              <w:top w:w="80" w:type="dxa"/>
              <w:left w:w="100" w:type="dxa"/>
              <w:bottom w:w="80" w:type="dxa"/>
              <w:right w:w="100" w:type="dxa"/>
            </w:tcMar>
            <w:vAlign w:val="center"/>
          </w:tcPr>
          <w:p w14:paraId="7A3422D2" w14:textId="77777777" w:rsidR="00EB230B" w:rsidRPr="001C2C92" w:rsidRDefault="00EB230B" w:rsidP="001C2C92">
            <w:pPr>
              <w:spacing w:after="0" w:line="240" w:lineRule="exact"/>
              <w:rPr>
                <w:rFonts w:ascii="Times New Roman" w:eastAsia="標楷體" w:hAnsi="Times New Roman" w:cs="Times New Roman"/>
                <w:sz w:val="18"/>
                <w:szCs w:val="18"/>
                <w:lang w:eastAsia="zh-TW"/>
              </w:rPr>
            </w:pPr>
            <w:r w:rsidRPr="001C2C92">
              <w:rPr>
                <w:rFonts w:ascii="Times New Roman" w:eastAsia="標楷體" w:hAnsi="Times New Roman" w:cs="Times New Roman"/>
                <w:color w:val="444444"/>
                <w:sz w:val="18"/>
                <w:szCs w:val="18"/>
                <w:lang w:eastAsia="zh-TW"/>
              </w:rPr>
              <w:t>東海大學社會科學院社會學系發展基金執行辦法</w:t>
            </w:r>
          </w:p>
        </w:tc>
      </w:tr>
      <w:tr w:rsidR="00EB230B" w:rsidRPr="00EB230B" w14:paraId="6F37ABF5" w14:textId="77777777" w:rsidTr="001C2C92">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trHeight w:val="283"/>
          <w:jc w:val="center"/>
        </w:trPr>
        <w:tc>
          <w:tcPr>
            <w:tcW w:w="1003" w:type="dxa"/>
            <w:shd w:val="clear" w:color="auto" w:fill="F9FBFD"/>
            <w:tcMar>
              <w:top w:w="80" w:type="dxa"/>
              <w:left w:w="80" w:type="dxa"/>
              <w:bottom w:w="80" w:type="dxa"/>
              <w:right w:w="80" w:type="dxa"/>
            </w:tcMar>
          </w:tcPr>
          <w:p w14:paraId="625F3AAC" w14:textId="558828CB" w:rsidR="00EB230B" w:rsidRPr="00EB230B" w:rsidRDefault="00EB230B" w:rsidP="001C2C92">
            <w:pPr>
              <w:spacing w:after="0" w:line="240" w:lineRule="exact"/>
              <w:jc w:val="center"/>
              <w:rPr>
                <w:rFonts w:ascii="Times New Roman" w:eastAsia="標楷體" w:hAnsi="Times New Roman" w:cs="Times New Roman"/>
              </w:rPr>
            </w:pPr>
            <w:r w:rsidRPr="00B50973">
              <w:rPr>
                <w:rFonts w:ascii="標楷體" w:eastAsia="標楷體" w:hAnsi="標楷體" w:cs="Times New Roman" w:hint="eastAsia"/>
                <w:szCs w:val="20"/>
              </w:rPr>
              <w:t>□</w:t>
            </w:r>
          </w:p>
        </w:tc>
        <w:tc>
          <w:tcPr>
            <w:tcW w:w="4022" w:type="dxa"/>
            <w:shd w:val="clear" w:color="auto" w:fill="F9FBFD"/>
            <w:tcMar>
              <w:top w:w="80" w:type="dxa"/>
              <w:left w:w="100" w:type="dxa"/>
              <w:bottom w:w="80" w:type="dxa"/>
              <w:right w:w="100" w:type="dxa"/>
            </w:tcMar>
            <w:vAlign w:val="center"/>
          </w:tcPr>
          <w:p w14:paraId="7A5AD144" w14:textId="77777777" w:rsidR="00EB230B" w:rsidRPr="00EB230B" w:rsidRDefault="00EB230B" w:rsidP="001C2C92">
            <w:pPr>
              <w:spacing w:after="0" w:line="240" w:lineRule="exact"/>
              <w:rPr>
                <w:rFonts w:ascii="Times New Roman" w:eastAsia="標楷體" w:hAnsi="Times New Roman" w:cs="Times New Roman"/>
              </w:rPr>
            </w:pPr>
            <w:r w:rsidRPr="00EB230B">
              <w:rPr>
                <w:rFonts w:ascii="Times New Roman" w:eastAsia="標楷體" w:hAnsi="Times New Roman" w:cs="Times New Roman"/>
                <w:b/>
                <w:sz w:val="18"/>
              </w:rPr>
              <w:t>急難助學金</w:t>
            </w:r>
          </w:p>
        </w:tc>
        <w:tc>
          <w:tcPr>
            <w:tcW w:w="5181" w:type="dxa"/>
            <w:shd w:val="clear" w:color="auto" w:fill="F9FBFD"/>
            <w:tcMar>
              <w:top w:w="80" w:type="dxa"/>
              <w:left w:w="100" w:type="dxa"/>
              <w:bottom w:w="80" w:type="dxa"/>
              <w:right w:w="100" w:type="dxa"/>
            </w:tcMar>
            <w:vAlign w:val="center"/>
          </w:tcPr>
          <w:p w14:paraId="091B166B" w14:textId="77777777" w:rsidR="00EB230B" w:rsidRPr="001C2C92" w:rsidRDefault="00EB230B" w:rsidP="001C2C92">
            <w:pPr>
              <w:spacing w:after="0" w:line="240" w:lineRule="exact"/>
              <w:rPr>
                <w:rFonts w:ascii="Times New Roman" w:eastAsia="標楷體" w:hAnsi="Times New Roman" w:cs="Times New Roman"/>
                <w:sz w:val="18"/>
                <w:szCs w:val="18"/>
                <w:lang w:eastAsia="zh-TW"/>
              </w:rPr>
            </w:pPr>
            <w:r w:rsidRPr="001C2C92">
              <w:rPr>
                <w:rFonts w:ascii="Times New Roman" w:eastAsia="標楷體" w:hAnsi="Times New Roman" w:cs="Times New Roman"/>
                <w:color w:val="444444"/>
                <w:sz w:val="18"/>
                <w:szCs w:val="18"/>
                <w:lang w:eastAsia="zh-TW"/>
              </w:rPr>
              <w:t>東海大學社會科學院社會學系發展基金執行辦法</w:t>
            </w:r>
          </w:p>
        </w:tc>
      </w:tr>
      <w:tr w:rsidR="00EB230B" w:rsidRPr="00EB230B" w14:paraId="0C588D4C" w14:textId="77777777" w:rsidTr="001C2C92">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trHeight w:val="283"/>
          <w:jc w:val="center"/>
        </w:trPr>
        <w:tc>
          <w:tcPr>
            <w:tcW w:w="1003" w:type="dxa"/>
            <w:shd w:val="clear" w:color="auto" w:fill="FFFFFF"/>
            <w:tcMar>
              <w:top w:w="80" w:type="dxa"/>
              <w:left w:w="80" w:type="dxa"/>
              <w:bottom w:w="80" w:type="dxa"/>
              <w:right w:w="80" w:type="dxa"/>
            </w:tcMar>
          </w:tcPr>
          <w:p w14:paraId="45CCD2D6" w14:textId="6A667239" w:rsidR="00EB230B" w:rsidRPr="00EB230B" w:rsidRDefault="00EB230B" w:rsidP="001C2C92">
            <w:pPr>
              <w:spacing w:after="0" w:line="240" w:lineRule="exact"/>
              <w:jc w:val="center"/>
              <w:rPr>
                <w:rFonts w:ascii="Times New Roman" w:eastAsia="標楷體" w:hAnsi="Times New Roman" w:cs="Times New Roman"/>
              </w:rPr>
            </w:pPr>
            <w:r w:rsidRPr="00B50973">
              <w:rPr>
                <w:rFonts w:ascii="標楷體" w:eastAsia="標楷體" w:hAnsi="標楷體" w:cs="Times New Roman" w:hint="eastAsia"/>
                <w:szCs w:val="20"/>
              </w:rPr>
              <w:t>□</w:t>
            </w:r>
          </w:p>
        </w:tc>
        <w:tc>
          <w:tcPr>
            <w:tcW w:w="4022" w:type="dxa"/>
            <w:shd w:val="clear" w:color="auto" w:fill="FFFFFF"/>
            <w:tcMar>
              <w:top w:w="80" w:type="dxa"/>
              <w:left w:w="100" w:type="dxa"/>
              <w:bottom w:w="80" w:type="dxa"/>
              <w:right w:w="100" w:type="dxa"/>
            </w:tcMar>
            <w:vAlign w:val="center"/>
          </w:tcPr>
          <w:p w14:paraId="5DC126E5" w14:textId="77777777" w:rsidR="00EB230B" w:rsidRPr="00EB230B" w:rsidRDefault="00EB230B" w:rsidP="001C2C92">
            <w:pPr>
              <w:spacing w:after="0" w:line="240" w:lineRule="exact"/>
              <w:rPr>
                <w:rFonts w:ascii="Times New Roman" w:eastAsia="標楷體" w:hAnsi="Times New Roman" w:cs="Times New Roman"/>
              </w:rPr>
            </w:pPr>
            <w:r w:rsidRPr="00EB230B">
              <w:rPr>
                <w:rFonts w:ascii="Times New Roman" w:eastAsia="標楷體" w:hAnsi="Times New Roman" w:cs="Times New Roman"/>
                <w:b/>
                <w:sz w:val="18"/>
              </w:rPr>
              <w:t>其他：</w:t>
            </w:r>
            <w:r w:rsidRPr="00EB230B">
              <w:rPr>
                <w:rFonts w:ascii="Times New Roman" w:eastAsia="標楷體" w:hAnsi="Times New Roman" w:cs="Times New Roman"/>
                <w:b/>
                <w:sz w:val="18"/>
              </w:rPr>
              <w:t>____________________________</w:t>
            </w:r>
          </w:p>
        </w:tc>
        <w:tc>
          <w:tcPr>
            <w:tcW w:w="5181" w:type="dxa"/>
            <w:shd w:val="clear" w:color="auto" w:fill="FFFFFF"/>
            <w:tcMar>
              <w:top w:w="80" w:type="dxa"/>
              <w:left w:w="100" w:type="dxa"/>
              <w:bottom w:w="80" w:type="dxa"/>
              <w:right w:w="100" w:type="dxa"/>
            </w:tcMar>
            <w:vAlign w:val="center"/>
          </w:tcPr>
          <w:p w14:paraId="55FE0026" w14:textId="77777777" w:rsidR="00EB230B" w:rsidRPr="00EB230B" w:rsidRDefault="00EB230B" w:rsidP="001C2C92">
            <w:pPr>
              <w:spacing w:after="0" w:line="240" w:lineRule="exact"/>
              <w:rPr>
                <w:rFonts w:ascii="Times New Roman" w:eastAsia="標楷體" w:hAnsi="Times New Roman" w:cs="Times New Roman"/>
              </w:rPr>
            </w:pPr>
            <w:r w:rsidRPr="00EB230B">
              <w:rPr>
                <w:rFonts w:ascii="Times New Roman" w:eastAsia="標楷體" w:hAnsi="Times New Roman" w:cs="Times New Roman"/>
                <w:color w:val="444444"/>
                <w:sz w:val="17"/>
              </w:rPr>
              <w:t>依相關規定辦理</w:t>
            </w:r>
          </w:p>
        </w:tc>
      </w:tr>
      <w:tr w:rsidR="00C16F37" w:rsidRPr="00EB230B" w14:paraId="5E8EC248" w14:textId="77777777" w:rsidTr="001C2C92">
        <w:trPr>
          <w:jc w:val="center"/>
        </w:trPr>
        <w:tc>
          <w:tcPr>
            <w:tcW w:w="10206" w:type="dxa"/>
            <w:gridSpan w:val="3"/>
            <w:shd w:val="clear" w:color="auto" w:fill="DAEEF3" w:themeFill="accent5" w:themeFillTint="33"/>
            <w:tcMar>
              <w:top w:w="100" w:type="dxa"/>
              <w:left w:w="150" w:type="dxa"/>
              <w:bottom w:w="100" w:type="dxa"/>
              <w:right w:w="150" w:type="dxa"/>
            </w:tcMar>
          </w:tcPr>
          <w:p w14:paraId="499B1C05" w14:textId="6885449F" w:rsidR="00C16F37" w:rsidRPr="00EB230B" w:rsidRDefault="00000000">
            <w:pPr>
              <w:spacing w:before="40" w:after="40"/>
              <w:rPr>
                <w:rFonts w:ascii="Times New Roman" w:eastAsia="標楷體" w:hAnsi="Times New Roman" w:cs="Times New Roman"/>
                <w:lang w:eastAsia="zh-TW"/>
              </w:rPr>
            </w:pPr>
            <w:r w:rsidRPr="001C2C92">
              <w:rPr>
                <w:rFonts w:ascii="Times New Roman" w:eastAsia="標楷體" w:hAnsi="Times New Roman" w:cs="Times New Roman"/>
                <w:b/>
                <w:color w:val="000000" w:themeColor="text1"/>
                <w:sz w:val="22"/>
                <w:lang w:eastAsia="zh-TW"/>
              </w:rPr>
              <w:lastRenderedPageBreak/>
              <w:t>三、</w:t>
            </w:r>
            <w:r w:rsidRPr="001C2C92">
              <w:rPr>
                <w:rFonts w:ascii="Times New Roman" w:eastAsia="標楷體" w:hAnsi="Times New Roman" w:cs="Times New Roman"/>
                <w:b/>
                <w:color w:val="000000" w:themeColor="text1"/>
                <w:sz w:val="22"/>
                <w:lang w:eastAsia="zh-TW"/>
              </w:rPr>
              <w:t xml:space="preserve"> </w:t>
            </w:r>
            <w:r w:rsidRPr="001C2C92">
              <w:rPr>
                <w:rFonts w:ascii="Times New Roman" w:eastAsia="標楷體" w:hAnsi="Times New Roman" w:cs="Times New Roman"/>
                <w:b/>
                <w:color w:val="000000" w:themeColor="text1"/>
                <w:sz w:val="22"/>
                <w:lang w:eastAsia="zh-TW"/>
              </w:rPr>
              <w:t>檢附文件自我檢查表</w:t>
            </w:r>
            <w:r w:rsidR="004E50D9">
              <w:rPr>
                <w:rFonts w:ascii="Times New Roman" w:eastAsia="標楷體" w:hAnsi="Times New Roman" w:cs="Times New Roman" w:hint="eastAsia"/>
                <w:b/>
                <w:color w:val="000000" w:themeColor="text1"/>
                <w:sz w:val="22"/>
                <w:lang w:eastAsia="zh-TW"/>
              </w:rPr>
              <w:t>（請確認各法規要求的文件）</w:t>
            </w:r>
          </w:p>
        </w:tc>
      </w:tr>
      <w:tr w:rsidR="00C16F37" w:rsidRPr="00EB230B" w14:paraId="20525095" w14:textId="77777777" w:rsidTr="001C2C92">
        <w:tblPrEx>
          <w:tblBorders>
            <w:top w:val="single" w:sz="4" w:space="0" w:color="B0C4DE"/>
            <w:left w:val="single" w:sz="4" w:space="0" w:color="B0C4DE"/>
            <w:bottom w:val="single" w:sz="4" w:space="0" w:color="B0C4DE"/>
            <w:right w:val="single" w:sz="4" w:space="0" w:color="B0C4DE"/>
            <w:insideH w:val="single" w:sz="4" w:space="0" w:color="B0C4DE"/>
            <w:insideV w:val="single" w:sz="4" w:space="0" w:color="B0C4DE"/>
          </w:tblBorders>
        </w:tblPrEx>
        <w:trPr>
          <w:jc w:val="center"/>
        </w:trPr>
        <w:tc>
          <w:tcPr>
            <w:tcW w:w="10206" w:type="dxa"/>
            <w:gridSpan w:val="3"/>
            <w:shd w:val="clear" w:color="auto" w:fill="FAFCFF"/>
            <w:tcMar>
              <w:top w:w="120" w:type="dxa"/>
              <w:left w:w="180" w:type="dxa"/>
              <w:bottom w:w="120" w:type="dxa"/>
              <w:right w:w="180" w:type="dxa"/>
            </w:tcMar>
          </w:tcPr>
          <w:p w14:paraId="59D228B3" w14:textId="7C637CBC" w:rsidR="00C16F37" w:rsidRPr="00EB230B" w:rsidRDefault="00000000" w:rsidP="00FB0831">
            <w:pPr>
              <w:spacing w:after="80"/>
              <w:rPr>
                <w:rFonts w:ascii="Times New Roman" w:eastAsia="標楷體" w:hAnsi="Times New Roman" w:cs="Times New Roman"/>
                <w:lang w:eastAsia="zh-TW"/>
              </w:rPr>
            </w:pPr>
            <w:r w:rsidRPr="00EB230B">
              <w:rPr>
                <w:rFonts w:ascii="Times New Roman" w:eastAsia="標楷體" w:hAnsi="Times New Roman" w:cs="Times New Roman"/>
                <w:b/>
                <w:color w:val="1B365D"/>
                <w:sz w:val="19"/>
                <w:lang w:eastAsia="zh-TW"/>
              </w:rPr>
              <w:t>【通用必備文件】（</w:t>
            </w:r>
            <w:r w:rsidR="005B6D78" w:rsidRPr="00EB230B">
              <w:rPr>
                <w:rFonts w:ascii="Times New Roman" w:eastAsia="標楷體" w:hAnsi="Times New Roman" w:cs="Times New Roman"/>
                <w:b/>
                <w:color w:val="1B365D"/>
                <w:sz w:val="19"/>
                <w:lang w:eastAsia="zh-TW"/>
              </w:rPr>
              <w:t>請依勾選之申請項目類別檢附對應資料</w:t>
            </w:r>
            <w:r w:rsidRPr="00EB230B">
              <w:rPr>
                <w:rFonts w:ascii="Times New Roman" w:eastAsia="標楷體" w:hAnsi="Times New Roman" w:cs="Times New Roman"/>
                <w:b/>
                <w:color w:val="1B365D"/>
                <w:sz w:val="19"/>
                <w:lang w:eastAsia="zh-TW"/>
              </w:rPr>
              <w:t>）</w:t>
            </w:r>
            <w:r w:rsidRPr="00EB230B">
              <w:rPr>
                <w:rFonts w:ascii="Times New Roman" w:eastAsia="標楷體" w:hAnsi="Times New Roman" w:cs="Times New Roman"/>
                <w:b/>
                <w:color w:val="1B365D"/>
                <w:sz w:val="19"/>
                <w:lang w:eastAsia="zh-TW"/>
              </w:rPr>
              <w:br/>
            </w:r>
            <w:r w:rsidR="00FB0831" w:rsidRPr="00EB230B">
              <w:rPr>
                <w:rFonts w:ascii="Times New Roman" w:eastAsia="標楷體" w:hAnsi="Times New Roman" w:cs="Times New Roman"/>
                <w:sz w:val="18"/>
                <w:lang w:eastAsia="zh-TW"/>
              </w:rPr>
              <w:t xml:space="preserve">      </w:t>
            </w:r>
            <w:r w:rsidR="004B30DD">
              <w:rPr>
                <w:rFonts w:ascii="Times New Roman" w:eastAsia="標楷體" w:hAnsi="Times New Roman" w:cs="Times New Roman" w:hint="eastAsia"/>
                <w:sz w:val="18"/>
                <w:lang w:eastAsia="zh-TW"/>
              </w:rPr>
              <w:t xml:space="preserve">     </w:t>
            </w:r>
            <w:r w:rsidR="00EB230B">
              <w:rPr>
                <w:rFonts w:ascii="標楷體" w:eastAsia="標楷體" w:hAnsi="標楷體" w:cs="Times New Roman" w:hint="eastAsia"/>
                <w:szCs w:val="20"/>
                <w:lang w:eastAsia="zh-TW"/>
              </w:rPr>
              <w:t>□</w:t>
            </w:r>
            <w:r w:rsidRPr="00EB230B">
              <w:rPr>
                <w:rFonts w:ascii="Times New Roman" w:eastAsia="標楷體" w:hAnsi="Times New Roman" w:cs="Times New Roman"/>
                <w:sz w:val="18"/>
                <w:lang w:eastAsia="zh-TW"/>
              </w:rPr>
              <w:t xml:space="preserve"> 1. </w:t>
            </w:r>
            <w:r w:rsidRPr="00EB230B">
              <w:rPr>
                <w:rFonts w:ascii="Times New Roman" w:eastAsia="標楷體" w:hAnsi="Times New Roman" w:cs="Times New Roman"/>
                <w:sz w:val="18"/>
                <w:lang w:eastAsia="zh-TW"/>
              </w:rPr>
              <w:t>學生證正反面影本</w:t>
            </w:r>
            <w:r w:rsidRPr="00EB230B">
              <w:rPr>
                <w:rFonts w:ascii="Times New Roman" w:eastAsia="標楷體" w:hAnsi="Times New Roman" w:cs="Times New Roman"/>
                <w:sz w:val="18"/>
                <w:lang w:eastAsia="zh-TW"/>
              </w:rPr>
              <w:t xml:space="preserve"> </w:t>
            </w:r>
            <w:r w:rsidRPr="00EB230B">
              <w:rPr>
                <w:rFonts w:ascii="Times New Roman" w:eastAsia="標楷體" w:hAnsi="Times New Roman" w:cs="Times New Roman"/>
                <w:sz w:val="18"/>
                <w:lang w:eastAsia="zh-TW"/>
              </w:rPr>
              <w:t>或</w:t>
            </w:r>
            <w:r w:rsidRPr="00EB230B">
              <w:rPr>
                <w:rFonts w:ascii="Times New Roman" w:eastAsia="標楷體" w:hAnsi="Times New Roman" w:cs="Times New Roman"/>
                <w:sz w:val="18"/>
                <w:lang w:eastAsia="zh-TW"/>
              </w:rPr>
              <w:t xml:space="preserve"> </w:t>
            </w:r>
            <w:r w:rsidRPr="00EB230B">
              <w:rPr>
                <w:rFonts w:ascii="Times New Roman" w:eastAsia="標楷體" w:hAnsi="Times New Roman" w:cs="Times New Roman"/>
                <w:sz w:val="18"/>
                <w:lang w:eastAsia="zh-TW"/>
              </w:rPr>
              <w:t>在學證明正本</w:t>
            </w:r>
            <w:r w:rsidRPr="00EB230B">
              <w:rPr>
                <w:rFonts w:ascii="Times New Roman" w:eastAsia="標楷體" w:hAnsi="Times New Roman" w:cs="Times New Roman"/>
                <w:sz w:val="18"/>
                <w:lang w:eastAsia="zh-TW"/>
              </w:rPr>
              <w:t xml:space="preserve"> 1 </w:t>
            </w:r>
            <w:r w:rsidRPr="00EB230B">
              <w:rPr>
                <w:rFonts w:ascii="Times New Roman" w:eastAsia="標楷體" w:hAnsi="Times New Roman" w:cs="Times New Roman"/>
                <w:sz w:val="18"/>
                <w:lang w:eastAsia="zh-TW"/>
              </w:rPr>
              <w:t>份</w:t>
            </w:r>
          </w:p>
          <w:p w14:paraId="6E703EC1" w14:textId="13716AE4" w:rsidR="00C16F37" w:rsidRPr="00EB230B" w:rsidRDefault="004B30DD">
            <w:pPr>
              <w:spacing w:after="40"/>
              <w:ind w:left="288"/>
              <w:rPr>
                <w:rFonts w:ascii="Times New Roman" w:eastAsia="標楷體" w:hAnsi="Times New Roman" w:cs="Times New Roman"/>
                <w:lang w:eastAsia="zh-TW"/>
              </w:rPr>
            </w:pPr>
            <w:r>
              <w:rPr>
                <w:rFonts w:ascii="標楷體" w:eastAsia="標楷體" w:hAnsi="標楷體" w:cs="Times New Roman" w:hint="eastAsia"/>
                <w:szCs w:val="20"/>
                <w:lang w:eastAsia="zh-TW"/>
              </w:rPr>
              <w:t xml:space="preserve">  </w:t>
            </w:r>
            <w:r w:rsidR="00EB230B">
              <w:rPr>
                <w:rFonts w:ascii="標楷體" w:eastAsia="標楷體" w:hAnsi="標楷體" w:cs="Times New Roman" w:hint="eastAsia"/>
                <w:szCs w:val="20"/>
                <w:lang w:eastAsia="zh-TW"/>
              </w:rPr>
              <w:t>□</w:t>
            </w:r>
            <w:r w:rsidRPr="00EB230B">
              <w:rPr>
                <w:rFonts w:ascii="Times New Roman" w:eastAsia="標楷體" w:hAnsi="Times New Roman" w:cs="Times New Roman"/>
                <w:sz w:val="18"/>
                <w:lang w:eastAsia="zh-TW"/>
              </w:rPr>
              <w:t xml:space="preserve"> 2. </w:t>
            </w:r>
            <w:r w:rsidRPr="00EB230B">
              <w:rPr>
                <w:rFonts w:ascii="Times New Roman" w:eastAsia="標楷體" w:hAnsi="Times New Roman" w:cs="Times New Roman"/>
                <w:sz w:val="18"/>
                <w:lang w:eastAsia="zh-TW"/>
              </w:rPr>
              <w:t>歷年成績單正本</w:t>
            </w:r>
            <w:r w:rsidRPr="00EB230B">
              <w:rPr>
                <w:rFonts w:ascii="Times New Roman" w:eastAsia="標楷體" w:hAnsi="Times New Roman" w:cs="Times New Roman"/>
                <w:sz w:val="18"/>
                <w:lang w:eastAsia="zh-TW"/>
              </w:rPr>
              <w:t xml:space="preserve"> 1 </w:t>
            </w:r>
            <w:r w:rsidRPr="00EB230B">
              <w:rPr>
                <w:rFonts w:ascii="Times New Roman" w:eastAsia="標楷體" w:hAnsi="Times New Roman" w:cs="Times New Roman"/>
                <w:sz w:val="18"/>
                <w:lang w:eastAsia="zh-TW"/>
              </w:rPr>
              <w:t>份（含班級排名及歷年平均成績）</w:t>
            </w:r>
          </w:p>
          <w:p w14:paraId="06E68EE6" w14:textId="77777777" w:rsidR="00C16F37" w:rsidRPr="00EB230B" w:rsidRDefault="00000000">
            <w:pPr>
              <w:spacing w:before="120" w:after="80"/>
              <w:rPr>
                <w:rFonts w:ascii="Times New Roman" w:eastAsia="標楷體" w:hAnsi="Times New Roman" w:cs="Times New Roman"/>
                <w:lang w:eastAsia="zh-TW"/>
              </w:rPr>
            </w:pPr>
            <w:r w:rsidRPr="00EB230B">
              <w:rPr>
                <w:rFonts w:ascii="Times New Roman" w:eastAsia="標楷體" w:hAnsi="Times New Roman" w:cs="Times New Roman"/>
                <w:b/>
                <w:color w:val="1B365D"/>
                <w:sz w:val="19"/>
                <w:lang w:eastAsia="zh-TW"/>
              </w:rPr>
              <w:t>【依申請項目加附文件】（請依勾選之申請項目類別檢附對應資料）</w:t>
            </w:r>
          </w:p>
          <w:p w14:paraId="5604CE71" w14:textId="77777777" w:rsidR="00C16F37" w:rsidRPr="00EB230B" w:rsidRDefault="00000000">
            <w:pPr>
              <w:spacing w:before="80" w:after="40"/>
              <w:rPr>
                <w:rFonts w:ascii="Times New Roman" w:eastAsia="標楷體" w:hAnsi="Times New Roman" w:cs="Times New Roman"/>
                <w:lang w:eastAsia="zh-TW"/>
              </w:rPr>
            </w:pPr>
            <w:r w:rsidRPr="00EB230B">
              <w:rPr>
                <w:rFonts w:ascii="Times New Roman" w:eastAsia="標楷體" w:hAnsi="Times New Roman" w:cs="Times New Roman"/>
                <w:b/>
                <w:color w:val="2E4057"/>
                <w:sz w:val="18"/>
                <w:lang w:eastAsia="zh-TW"/>
              </w:rPr>
              <w:t>一、學術研究與專題類</w:t>
            </w:r>
            <w:r w:rsidRPr="00EB230B">
              <w:rPr>
                <w:rFonts w:ascii="Times New Roman" w:eastAsia="標楷體" w:hAnsi="Times New Roman" w:cs="Times New Roman"/>
                <w:b/>
                <w:color w:val="2E4057"/>
                <w:sz w:val="18"/>
                <w:lang w:eastAsia="zh-TW"/>
              </w:rPr>
              <w:t xml:space="preserve"> </w:t>
            </w:r>
            <w:r w:rsidRPr="00EB230B">
              <w:rPr>
                <w:rFonts w:ascii="Times New Roman" w:eastAsia="標楷體" w:hAnsi="Times New Roman" w:cs="Times New Roman"/>
                <w:color w:val="666666"/>
                <w:sz w:val="17"/>
                <w:lang w:eastAsia="zh-TW"/>
              </w:rPr>
              <w:t>（張安路博士、賀榮貞女士、碩博士論文獎助</w:t>
            </w:r>
            <w:r w:rsidRPr="00EB230B">
              <w:rPr>
                <w:rFonts w:ascii="Times New Roman" w:eastAsia="標楷體" w:hAnsi="Times New Roman" w:cs="Times New Roman"/>
                <w:color w:val="666666"/>
                <w:sz w:val="17"/>
                <w:lang w:eastAsia="zh-TW"/>
              </w:rPr>
              <w:t>/</w:t>
            </w:r>
            <w:r w:rsidRPr="00EB230B">
              <w:rPr>
                <w:rFonts w:ascii="Times New Roman" w:eastAsia="標楷體" w:hAnsi="Times New Roman" w:cs="Times New Roman"/>
                <w:color w:val="666666"/>
                <w:sz w:val="17"/>
                <w:lang w:eastAsia="zh-TW"/>
              </w:rPr>
              <w:t>小額研究、國科會大專生計畫等）</w:t>
            </w:r>
          </w:p>
          <w:p w14:paraId="1170AA6F" w14:textId="4EF05F16" w:rsidR="00C16F37" w:rsidRDefault="00EB230B">
            <w:pPr>
              <w:spacing w:after="20"/>
              <w:ind w:left="432"/>
              <w:rPr>
                <w:rFonts w:ascii="Times New Roman" w:eastAsia="標楷體" w:hAnsi="Times New Roman" w:cs="Times New Roman"/>
                <w:sz w:val="18"/>
                <w:lang w:eastAsia="zh-TW"/>
              </w:rPr>
            </w:pPr>
            <w:r>
              <w:rPr>
                <w:rFonts w:ascii="標楷體" w:eastAsia="標楷體" w:hAnsi="標楷體" w:cs="Times New Roman" w:hint="eastAsia"/>
                <w:szCs w:val="20"/>
                <w:lang w:eastAsia="zh-TW"/>
              </w:rPr>
              <w:t>□</w:t>
            </w:r>
            <w:r w:rsidRPr="00EB230B">
              <w:rPr>
                <w:rFonts w:ascii="Times New Roman" w:eastAsia="標楷體" w:hAnsi="Times New Roman" w:cs="Times New Roman"/>
                <w:sz w:val="18"/>
                <w:lang w:eastAsia="zh-TW"/>
              </w:rPr>
              <w:t xml:space="preserve"> </w:t>
            </w:r>
            <w:r w:rsidRPr="00EB230B">
              <w:rPr>
                <w:rFonts w:ascii="Times New Roman" w:eastAsia="標楷體" w:hAnsi="Times New Roman" w:cs="Times New Roman"/>
                <w:sz w:val="18"/>
                <w:lang w:eastAsia="zh-TW"/>
              </w:rPr>
              <w:t>研究計畫書</w:t>
            </w:r>
            <w:r w:rsidRPr="00EB230B">
              <w:rPr>
                <w:rFonts w:ascii="Times New Roman" w:eastAsia="標楷體" w:hAnsi="Times New Roman" w:cs="Times New Roman"/>
                <w:sz w:val="18"/>
                <w:lang w:eastAsia="zh-TW"/>
              </w:rPr>
              <w:t xml:space="preserve"> / </w:t>
            </w:r>
            <w:r w:rsidRPr="00EB230B">
              <w:rPr>
                <w:rFonts w:ascii="Times New Roman" w:eastAsia="標楷體" w:hAnsi="Times New Roman" w:cs="Times New Roman"/>
                <w:sz w:val="18"/>
                <w:lang w:eastAsia="zh-TW"/>
              </w:rPr>
              <w:t>論文全文</w:t>
            </w:r>
            <w:r w:rsidRPr="00EB230B">
              <w:rPr>
                <w:rFonts w:ascii="Times New Roman" w:eastAsia="標楷體" w:hAnsi="Times New Roman" w:cs="Times New Roman"/>
                <w:sz w:val="18"/>
                <w:lang w:eastAsia="zh-TW"/>
              </w:rPr>
              <w:t xml:space="preserve"> / </w:t>
            </w:r>
            <w:r w:rsidRPr="00EB230B">
              <w:rPr>
                <w:rFonts w:ascii="Times New Roman" w:eastAsia="標楷體" w:hAnsi="Times New Roman" w:cs="Times New Roman"/>
                <w:sz w:val="18"/>
                <w:lang w:eastAsia="zh-TW"/>
              </w:rPr>
              <w:t>國科會核定公文</w:t>
            </w:r>
            <w:r w:rsidRPr="00EB230B">
              <w:rPr>
                <w:rFonts w:ascii="Times New Roman" w:eastAsia="標楷體" w:hAnsi="Times New Roman" w:cs="Times New Roman"/>
                <w:sz w:val="18"/>
                <w:lang w:eastAsia="zh-TW"/>
              </w:rPr>
              <w:t xml:space="preserve"> 1 </w:t>
            </w:r>
            <w:r w:rsidRPr="00EB230B">
              <w:rPr>
                <w:rFonts w:ascii="Times New Roman" w:eastAsia="標楷體" w:hAnsi="Times New Roman" w:cs="Times New Roman"/>
                <w:sz w:val="18"/>
                <w:lang w:eastAsia="zh-TW"/>
              </w:rPr>
              <w:t>份</w:t>
            </w:r>
          </w:p>
          <w:p w14:paraId="25D916E6" w14:textId="33D584D1" w:rsidR="00AC1CC4" w:rsidRPr="00EB230B" w:rsidRDefault="00AC1CC4">
            <w:pPr>
              <w:spacing w:after="20"/>
              <w:ind w:left="432"/>
              <w:rPr>
                <w:rFonts w:ascii="Times New Roman" w:eastAsia="標楷體" w:hAnsi="Times New Roman" w:cs="Times New Roman"/>
                <w:lang w:eastAsia="zh-TW"/>
              </w:rPr>
            </w:pPr>
            <w:r>
              <w:rPr>
                <w:rFonts w:ascii="標楷體" w:eastAsia="標楷體" w:hAnsi="標楷體" w:cs="Times New Roman" w:hint="eastAsia"/>
                <w:lang w:eastAsia="zh-TW"/>
              </w:rPr>
              <w:t>□</w:t>
            </w:r>
            <w:r w:rsidRPr="001E7DDD">
              <w:rPr>
                <w:rFonts w:ascii="Times New Roman" w:eastAsia="標楷體" w:hAnsi="Times New Roman" w:cs="Times New Roman" w:hint="eastAsia"/>
                <w:sz w:val="18"/>
                <w:szCs w:val="18"/>
                <w:lang w:eastAsia="zh-TW"/>
              </w:rPr>
              <w:t>申請張安路博士社會問題研究獎請附上全組姓名、學號、指導教授及題目</w:t>
            </w:r>
            <w:r w:rsidR="001E7DDD">
              <w:rPr>
                <w:rFonts w:ascii="Times New Roman" w:eastAsia="標楷體" w:hAnsi="Times New Roman" w:cs="Times New Roman" w:hint="eastAsia"/>
                <w:sz w:val="18"/>
                <w:szCs w:val="18"/>
                <w:lang w:eastAsia="zh-TW"/>
              </w:rPr>
              <w:t>電子檔</w:t>
            </w:r>
          </w:p>
          <w:p w14:paraId="2A470E96" w14:textId="76E7A3FB" w:rsidR="00C16F37" w:rsidRPr="00EB230B" w:rsidRDefault="00EB230B">
            <w:pPr>
              <w:spacing w:after="20"/>
              <w:ind w:left="432"/>
              <w:rPr>
                <w:rFonts w:ascii="Times New Roman" w:eastAsia="標楷體" w:hAnsi="Times New Roman" w:cs="Times New Roman"/>
                <w:lang w:eastAsia="zh-TW"/>
              </w:rPr>
            </w:pPr>
            <w:r>
              <w:rPr>
                <w:rFonts w:ascii="標楷體" w:eastAsia="標楷體" w:hAnsi="標楷體" w:cs="Times New Roman" w:hint="eastAsia"/>
                <w:szCs w:val="20"/>
                <w:lang w:eastAsia="zh-TW"/>
              </w:rPr>
              <w:t>□</w:t>
            </w:r>
            <w:r w:rsidRPr="00EB230B">
              <w:rPr>
                <w:rFonts w:ascii="Times New Roman" w:eastAsia="標楷體" w:hAnsi="Times New Roman" w:cs="Times New Roman"/>
                <w:sz w:val="18"/>
                <w:lang w:eastAsia="zh-TW"/>
              </w:rPr>
              <w:t xml:space="preserve"> </w:t>
            </w:r>
            <w:r w:rsidRPr="00EB230B">
              <w:rPr>
                <w:rFonts w:ascii="Times New Roman" w:eastAsia="標楷體" w:hAnsi="Times New Roman" w:cs="Times New Roman"/>
                <w:sz w:val="18"/>
                <w:lang w:eastAsia="zh-TW"/>
              </w:rPr>
              <w:t>指導教授推薦信或簽章同意書</w:t>
            </w:r>
          </w:p>
          <w:p w14:paraId="0307550E" w14:textId="77777777" w:rsidR="00C16F37" w:rsidRPr="00EB230B" w:rsidRDefault="00000000">
            <w:pPr>
              <w:spacing w:before="80" w:after="40"/>
              <w:rPr>
                <w:rFonts w:ascii="Times New Roman" w:eastAsia="標楷體" w:hAnsi="Times New Roman" w:cs="Times New Roman"/>
                <w:lang w:eastAsia="zh-TW"/>
              </w:rPr>
            </w:pPr>
            <w:r w:rsidRPr="00EB230B">
              <w:rPr>
                <w:rFonts w:ascii="Times New Roman" w:eastAsia="標楷體" w:hAnsi="Times New Roman" w:cs="Times New Roman"/>
                <w:b/>
                <w:color w:val="2E4057"/>
                <w:sz w:val="18"/>
                <w:lang w:eastAsia="zh-TW"/>
              </w:rPr>
              <w:t>二、國際交流與會議類</w:t>
            </w:r>
            <w:r w:rsidRPr="00EB230B">
              <w:rPr>
                <w:rFonts w:ascii="Times New Roman" w:eastAsia="標楷體" w:hAnsi="Times New Roman" w:cs="Times New Roman"/>
                <w:b/>
                <w:color w:val="2E4057"/>
                <w:sz w:val="18"/>
                <w:lang w:eastAsia="zh-TW"/>
              </w:rPr>
              <w:t xml:space="preserve"> </w:t>
            </w:r>
            <w:r w:rsidRPr="00EB230B">
              <w:rPr>
                <w:rFonts w:ascii="Times New Roman" w:eastAsia="標楷體" w:hAnsi="Times New Roman" w:cs="Times New Roman"/>
                <w:color w:val="666666"/>
                <w:sz w:val="17"/>
                <w:lang w:eastAsia="zh-TW"/>
              </w:rPr>
              <w:t>（研究生出席國際學術會議、交換學生出國進修等）</w:t>
            </w:r>
          </w:p>
          <w:p w14:paraId="4B56B547" w14:textId="7BE30D0E" w:rsidR="00C16F37" w:rsidRPr="00EB230B" w:rsidRDefault="00EB230B">
            <w:pPr>
              <w:spacing w:after="20"/>
              <w:ind w:left="432"/>
              <w:rPr>
                <w:rFonts w:ascii="Times New Roman" w:eastAsia="標楷體" w:hAnsi="Times New Roman" w:cs="Times New Roman"/>
                <w:lang w:eastAsia="zh-TW"/>
              </w:rPr>
            </w:pPr>
            <w:r>
              <w:rPr>
                <w:rFonts w:ascii="標楷體" w:eastAsia="標楷體" w:hAnsi="標楷體" w:cs="Times New Roman" w:hint="eastAsia"/>
                <w:szCs w:val="20"/>
                <w:lang w:eastAsia="zh-TW"/>
              </w:rPr>
              <w:t>□</w:t>
            </w:r>
            <w:r w:rsidRPr="00EB230B">
              <w:rPr>
                <w:rFonts w:ascii="Times New Roman" w:eastAsia="標楷體" w:hAnsi="Times New Roman" w:cs="Times New Roman"/>
                <w:sz w:val="18"/>
                <w:lang w:eastAsia="zh-TW"/>
              </w:rPr>
              <w:t xml:space="preserve"> </w:t>
            </w:r>
            <w:r w:rsidRPr="00EB230B">
              <w:rPr>
                <w:rFonts w:ascii="Times New Roman" w:eastAsia="標楷體" w:hAnsi="Times New Roman" w:cs="Times New Roman"/>
                <w:sz w:val="18"/>
                <w:lang w:eastAsia="zh-TW"/>
              </w:rPr>
              <w:t>國際學術會議接受函</w:t>
            </w:r>
            <w:r w:rsidRPr="00EB230B">
              <w:rPr>
                <w:rFonts w:ascii="Times New Roman" w:eastAsia="標楷體" w:hAnsi="Times New Roman" w:cs="Times New Roman"/>
                <w:sz w:val="18"/>
                <w:lang w:eastAsia="zh-TW"/>
              </w:rPr>
              <w:t xml:space="preserve"> / </w:t>
            </w:r>
            <w:r w:rsidRPr="00EB230B">
              <w:rPr>
                <w:rFonts w:ascii="Times New Roman" w:eastAsia="標楷體" w:hAnsi="Times New Roman" w:cs="Times New Roman"/>
                <w:sz w:val="18"/>
                <w:lang w:eastAsia="zh-TW"/>
              </w:rPr>
              <w:t>發表論文全文</w:t>
            </w:r>
            <w:r w:rsidRPr="00EB230B">
              <w:rPr>
                <w:rFonts w:ascii="Times New Roman" w:eastAsia="標楷體" w:hAnsi="Times New Roman" w:cs="Times New Roman"/>
                <w:sz w:val="18"/>
                <w:lang w:eastAsia="zh-TW"/>
              </w:rPr>
              <w:t xml:space="preserve"> / </w:t>
            </w:r>
            <w:r w:rsidRPr="00EB230B">
              <w:rPr>
                <w:rFonts w:ascii="Times New Roman" w:eastAsia="標楷體" w:hAnsi="Times New Roman" w:cs="Times New Roman"/>
                <w:sz w:val="18"/>
                <w:lang w:eastAsia="zh-TW"/>
              </w:rPr>
              <w:t>出席證明</w:t>
            </w:r>
          </w:p>
          <w:p w14:paraId="587551AA" w14:textId="47224774" w:rsidR="00C16F37" w:rsidRPr="00EB230B" w:rsidRDefault="00EB230B">
            <w:pPr>
              <w:spacing w:after="20"/>
              <w:ind w:left="432"/>
              <w:rPr>
                <w:rFonts w:ascii="Times New Roman" w:eastAsia="標楷體" w:hAnsi="Times New Roman" w:cs="Times New Roman"/>
                <w:lang w:eastAsia="zh-TW"/>
              </w:rPr>
            </w:pPr>
            <w:r>
              <w:rPr>
                <w:rFonts w:ascii="標楷體" w:eastAsia="標楷體" w:hAnsi="標楷體" w:cs="Times New Roman" w:hint="eastAsia"/>
                <w:szCs w:val="20"/>
                <w:lang w:eastAsia="zh-TW"/>
              </w:rPr>
              <w:t>□</w:t>
            </w:r>
            <w:r w:rsidRPr="00EB230B">
              <w:rPr>
                <w:rFonts w:ascii="Times New Roman" w:eastAsia="標楷體" w:hAnsi="Times New Roman" w:cs="Times New Roman"/>
                <w:sz w:val="18"/>
                <w:lang w:eastAsia="zh-TW"/>
              </w:rPr>
              <w:t xml:space="preserve"> </w:t>
            </w:r>
            <w:r w:rsidRPr="00EB230B">
              <w:rPr>
                <w:rFonts w:ascii="Times New Roman" w:eastAsia="標楷體" w:hAnsi="Times New Roman" w:cs="Times New Roman"/>
                <w:sz w:val="18"/>
                <w:lang w:eastAsia="zh-TW"/>
              </w:rPr>
              <w:t>國外大學錄取通知書</w:t>
            </w:r>
            <w:r w:rsidRPr="00EB230B">
              <w:rPr>
                <w:rFonts w:ascii="Times New Roman" w:eastAsia="標楷體" w:hAnsi="Times New Roman" w:cs="Times New Roman"/>
                <w:sz w:val="18"/>
                <w:lang w:eastAsia="zh-TW"/>
              </w:rPr>
              <w:t xml:space="preserve"> / </w:t>
            </w:r>
            <w:r w:rsidRPr="00EB230B">
              <w:rPr>
                <w:rFonts w:ascii="Times New Roman" w:eastAsia="標楷體" w:hAnsi="Times New Roman" w:cs="Times New Roman"/>
                <w:sz w:val="18"/>
                <w:lang w:eastAsia="zh-TW"/>
              </w:rPr>
              <w:t>交換生資格證明文件</w:t>
            </w:r>
          </w:p>
          <w:p w14:paraId="27CAD4AE" w14:textId="77777777" w:rsidR="00C16F37" w:rsidRPr="00EB230B" w:rsidRDefault="00000000">
            <w:pPr>
              <w:spacing w:before="80" w:after="40"/>
              <w:rPr>
                <w:rFonts w:ascii="Times New Roman" w:eastAsia="標楷體" w:hAnsi="Times New Roman" w:cs="Times New Roman"/>
                <w:lang w:eastAsia="zh-TW"/>
              </w:rPr>
            </w:pPr>
            <w:r w:rsidRPr="00EB230B">
              <w:rPr>
                <w:rFonts w:ascii="Times New Roman" w:eastAsia="標楷體" w:hAnsi="Times New Roman" w:cs="Times New Roman"/>
                <w:b/>
                <w:color w:val="2E4057"/>
                <w:sz w:val="18"/>
                <w:lang w:eastAsia="zh-TW"/>
              </w:rPr>
              <w:t>三、競賽與認證獎勵類</w:t>
            </w:r>
            <w:r w:rsidRPr="00EB230B">
              <w:rPr>
                <w:rFonts w:ascii="Times New Roman" w:eastAsia="標楷體" w:hAnsi="Times New Roman" w:cs="Times New Roman"/>
                <w:b/>
                <w:color w:val="2E4057"/>
                <w:sz w:val="18"/>
                <w:lang w:eastAsia="zh-TW"/>
              </w:rPr>
              <w:t xml:space="preserve"> </w:t>
            </w:r>
            <w:r w:rsidRPr="00EB230B">
              <w:rPr>
                <w:rFonts w:ascii="Times New Roman" w:eastAsia="標楷體" w:hAnsi="Times New Roman" w:cs="Times New Roman"/>
                <w:color w:val="666666"/>
                <w:sz w:val="17"/>
                <w:lang w:eastAsia="zh-TW"/>
              </w:rPr>
              <w:t>（社會調查師認證獎勵金、學生對外比賽獎勵等）</w:t>
            </w:r>
          </w:p>
          <w:p w14:paraId="2B4DDC99" w14:textId="6DA1D1FA" w:rsidR="00C16F37" w:rsidRPr="00EB230B" w:rsidRDefault="00EB230B">
            <w:pPr>
              <w:spacing w:after="20"/>
              <w:ind w:left="432"/>
              <w:rPr>
                <w:rFonts w:ascii="Times New Roman" w:eastAsia="標楷體" w:hAnsi="Times New Roman" w:cs="Times New Roman"/>
                <w:lang w:eastAsia="zh-TW"/>
              </w:rPr>
            </w:pPr>
            <w:r>
              <w:rPr>
                <w:rFonts w:ascii="標楷體" w:eastAsia="標楷體" w:hAnsi="標楷體" w:cs="Times New Roman" w:hint="eastAsia"/>
                <w:szCs w:val="20"/>
                <w:lang w:eastAsia="zh-TW"/>
              </w:rPr>
              <w:t>□</w:t>
            </w:r>
            <w:r w:rsidRPr="00EB230B">
              <w:rPr>
                <w:rFonts w:ascii="Times New Roman" w:eastAsia="標楷體" w:hAnsi="Times New Roman" w:cs="Times New Roman"/>
                <w:sz w:val="18"/>
                <w:lang w:eastAsia="zh-TW"/>
              </w:rPr>
              <w:t xml:space="preserve"> </w:t>
            </w:r>
            <w:r w:rsidRPr="00EB230B">
              <w:rPr>
                <w:rFonts w:ascii="Times New Roman" w:eastAsia="標楷體" w:hAnsi="Times New Roman" w:cs="Times New Roman"/>
                <w:sz w:val="18"/>
                <w:lang w:eastAsia="zh-TW"/>
              </w:rPr>
              <w:t>社會調查師認證證書影本</w:t>
            </w:r>
            <w:r w:rsidR="005B6D78">
              <w:rPr>
                <w:rFonts w:ascii="Times New Roman" w:eastAsia="標楷體" w:hAnsi="Times New Roman" w:cs="Times New Roman" w:hint="eastAsia"/>
                <w:sz w:val="18"/>
                <w:lang w:eastAsia="zh-TW"/>
              </w:rPr>
              <w:t>及繳費證明</w:t>
            </w:r>
          </w:p>
          <w:p w14:paraId="651494B3" w14:textId="6557677A" w:rsidR="00C16F37" w:rsidRPr="00EB230B" w:rsidRDefault="004B30DD">
            <w:pPr>
              <w:spacing w:after="20"/>
              <w:ind w:left="432"/>
              <w:rPr>
                <w:rFonts w:ascii="Times New Roman" w:eastAsia="標楷體" w:hAnsi="Times New Roman" w:cs="Times New Roman"/>
                <w:lang w:eastAsia="zh-TW"/>
              </w:rPr>
            </w:pPr>
            <w:r w:rsidRPr="004B30DD">
              <w:rPr>
                <w:rFonts w:ascii="Times New Roman" w:eastAsia="標楷體" w:hAnsi="Times New Roman" w:cs="Times New Roman" w:hint="eastAsia"/>
                <w:sz w:val="18"/>
                <w:lang w:eastAsia="zh-TW"/>
              </w:rPr>
              <w:t>□</w:t>
            </w:r>
            <w:r w:rsidRPr="00EB230B">
              <w:rPr>
                <w:rFonts w:ascii="Times New Roman" w:eastAsia="標楷體" w:hAnsi="Times New Roman" w:cs="Times New Roman"/>
                <w:sz w:val="18"/>
                <w:lang w:eastAsia="zh-TW"/>
              </w:rPr>
              <w:t xml:space="preserve"> </w:t>
            </w:r>
            <w:r w:rsidRPr="00EB230B">
              <w:rPr>
                <w:rFonts w:ascii="Times New Roman" w:eastAsia="標楷體" w:hAnsi="Times New Roman" w:cs="Times New Roman"/>
                <w:sz w:val="18"/>
                <w:lang w:eastAsia="zh-TW"/>
              </w:rPr>
              <w:t>對外比賽獲獎證明</w:t>
            </w:r>
            <w:r w:rsidR="005B6D78">
              <w:rPr>
                <w:rFonts w:ascii="Times New Roman" w:eastAsia="標楷體" w:hAnsi="Times New Roman" w:cs="Times New Roman" w:hint="eastAsia"/>
                <w:sz w:val="18"/>
                <w:lang w:eastAsia="zh-TW"/>
              </w:rPr>
              <w:t>及賽程手冊</w:t>
            </w:r>
            <w:r w:rsidR="00EB265D">
              <w:rPr>
                <w:rFonts w:ascii="Times New Roman" w:eastAsia="標楷體" w:hAnsi="Times New Roman" w:cs="Times New Roman" w:hint="eastAsia"/>
                <w:sz w:val="18"/>
                <w:lang w:eastAsia="zh-TW"/>
              </w:rPr>
              <w:t>、團體獎所有隊員姓名及學號</w:t>
            </w:r>
            <w:r w:rsidRPr="00EB230B">
              <w:rPr>
                <w:rFonts w:ascii="Times New Roman" w:eastAsia="標楷體" w:hAnsi="Times New Roman" w:cs="Times New Roman"/>
                <w:sz w:val="18"/>
                <w:lang w:eastAsia="zh-TW"/>
              </w:rPr>
              <w:t>、獲獎作品摘要及獎狀</w:t>
            </w:r>
            <w:r w:rsidR="005B6D78">
              <w:rPr>
                <w:rFonts w:ascii="Times New Roman" w:eastAsia="標楷體" w:hAnsi="Times New Roman" w:cs="Times New Roman" w:hint="eastAsia"/>
                <w:sz w:val="18"/>
                <w:lang w:eastAsia="zh-TW"/>
              </w:rPr>
              <w:t>（盃）照</w:t>
            </w:r>
            <w:r w:rsidRPr="00EB230B">
              <w:rPr>
                <w:rFonts w:ascii="Times New Roman" w:eastAsia="標楷體" w:hAnsi="Times New Roman" w:cs="Times New Roman"/>
                <w:sz w:val="18"/>
                <w:lang w:eastAsia="zh-TW"/>
              </w:rPr>
              <w:t>影本</w:t>
            </w:r>
          </w:p>
          <w:p w14:paraId="61997CEE" w14:textId="77777777" w:rsidR="00C16F37" w:rsidRPr="00EB230B" w:rsidRDefault="00000000">
            <w:pPr>
              <w:spacing w:before="80" w:after="40"/>
              <w:rPr>
                <w:rFonts w:ascii="Times New Roman" w:eastAsia="標楷體" w:hAnsi="Times New Roman" w:cs="Times New Roman"/>
                <w:lang w:eastAsia="zh-TW"/>
              </w:rPr>
            </w:pPr>
            <w:r w:rsidRPr="00EB230B">
              <w:rPr>
                <w:rFonts w:ascii="Times New Roman" w:eastAsia="標楷體" w:hAnsi="Times New Roman" w:cs="Times New Roman"/>
                <w:b/>
                <w:color w:val="2E4057"/>
                <w:sz w:val="18"/>
                <w:lang w:eastAsia="zh-TW"/>
              </w:rPr>
              <w:t>四、急難與特殊助學類</w:t>
            </w:r>
            <w:r w:rsidRPr="00EB230B">
              <w:rPr>
                <w:rFonts w:ascii="Times New Roman" w:eastAsia="標楷體" w:hAnsi="Times New Roman" w:cs="Times New Roman"/>
                <w:b/>
                <w:color w:val="2E4057"/>
                <w:sz w:val="18"/>
                <w:lang w:eastAsia="zh-TW"/>
              </w:rPr>
              <w:t xml:space="preserve"> </w:t>
            </w:r>
            <w:r w:rsidRPr="00EB230B">
              <w:rPr>
                <w:rFonts w:ascii="Times New Roman" w:eastAsia="標楷體" w:hAnsi="Times New Roman" w:cs="Times New Roman"/>
                <w:color w:val="666666"/>
                <w:sz w:val="17"/>
                <w:lang w:eastAsia="zh-TW"/>
              </w:rPr>
              <w:t>（急難助學金、啟眾、練馬可、李文朗、萬德和與吳家純等）</w:t>
            </w:r>
          </w:p>
          <w:p w14:paraId="585A917F" w14:textId="77F3671C" w:rsidR="00C16F37" w:rsidRPr="00EB230B" w:rsidRDefault="00EB230B">
            <w:pPr>
              <w:spacing w:after="20"/>
              <w:ind w:left="432"/>
              <w:rPr>
                <w:rFonts w:ascii="Times New Roman" w:eastAsia="標楷體" w:hAnsi="Times New Roman" w:cs="Times New Roman"/>
                <w:lang w:eastAsia="zh-TW"/>
              </w:rPr>
            </w:pPr>
            <w:r>
              <w:rPr>
                <w:rFonts w:ascii="標楷體" w:eastAsia="標楷體" w:hAnsi="標楷體" w:cs="Times New Roman" w:hint="eastAsia"/>
                <w:szCs w:val="20"/>
                <w:lang w:eastAsia="zh-TW"/>
              </w:rPr>
              <w:t>□</w:t>
            </w:r>
            <w:r w:rsidRPr="00EB230B">
              <w:rPr>
                <w:rFonts w:ascii="Times New Roman" w:eastAsia="標楷體" w:hAnsi="Times New Roman" w:cs="Times New Roman"/>
                <w:sz w:val="18"/>
                <w:lang w:eastAsia="zh-TW"/>
              </w:rPr>
              <w:t xml:space="preserve"> </w:t>
            </w:r>
            <w:r w:rsidRPr="00EB230B">
              <w:rPr>
                <w:rFonts w:ascii="Times New Roman" w:eastAsia="標楷體" w:hAnsi="Times New Roman" w:cs="Times New Roman"/>
                <w:sz w:val="18"/>
                <w:lang w:eastAsia="zh-TW"/>
              </w:rPr>
              <w:t>清寒證明</w:t>
            </w:r>
            <w:r w:rsidRPr="00EB230B">
              <w:rPr>
                <w:rFonts w:ascii="Times New Roman" w:eastAsia="標楷體" w:hAnsi="Times New Roman" w:cs="Times New Roman"/>
                <w:sz w:val="18"/>
                <w:lang w:eastAsia="zh-TW"/>
              </w:rPr>
              <w:t xml:space="preserve"> / </w:t>
            </w:r>
            <w:r w:rsidRPr="00EB230B">
              <w:rPr>
                <w:rFonts w:ascii="Times New Roman" w:eastAsia="標楷體" w:hAnsi="Times New Roman" w:cs="Times New Roman"/>
                <w:sz w:val="18"/>
                <w:lang w:eastAsia="zh-TW"/>
              </w:rPr>
              <w:t>家族突發急難事件說明書及相關證明文件</w:t>
            </w:r>
          </w:p>
          <w:p w14:paraId="383C61B1" w14:textId="77777777" w:rsidR="00C16F37" w:rsidRDefault="00EB230B">
            <w:pPr>
              <w:spacing w:after="20"/>
              <w:ind w:left="432"/>
              <w:rPr>
                <w:rFonts w:ascii="Times New Roman" w:eastAsia="標楷體" w:hAnsi="Times New Roman" w:cs="Times New Roman"/>
                <w:sz w:val="18"/>
                <w:lang w:eastAsia="zh-TW"/>
              </w:rPr>
            </w:pPr>
            <w:r>
              <w:rPr>
                <w:rFonts w:ascii="標楷體" w:eastAsia="標楷體" w:hAnsi="標楷體" w:cs="Times New Roman" w:hint="eastAsia"/>
                <w:szCs w:val="20"/>
                <w:lang w:eastAsia="zh-TW"/>
              </w:rPr>
              <w:t>□</w:t>
            </w:r>
            <w:r w:rsidRPr="00EB230B">
              <w:rPr>
                <w:rFonts w:ascii="Times New Roman" w:eastAsia="標楷體" w:hAnsi="Times New Roman" w:cs="Times New Roman"/>
                <w:sz w:val="18"/>
                <w:lang w:eastAsia="zh-TW"/>
              </w:rPr>
              <w:t xml:space="preserve"> </w:t>
            </w:r>
            <w:r w:rsidRPr="00EB230B">
              <w:rPr>
                <w:rFonts w:ascii="Times New Roman" w:eastAsia="標楷體" w:hAnsi="Times New Roman" w:cs="Times New Roman"/>
                <w:sz w:val="18"/>
                <w:lang w:eastAsia="zh-TW"/>
              </w:rPr>
              <w:t>自傳與個人學習</w:t>
            </w:r>
            <w:r w:rsidRPr="00EB230B">
              <w:rPr>
                <w:rFonts w:ascii="Times New Roman" w:eastAsia="標楷體" w:hAnsi="Times New Roman" w:cs="Times New Roman"/>
                <w:sz w:val="18"/>
                <w:lang w:eastAsia="zh-TW"/>
              </w:rPr>
              <w:t xml:space="preserve"> / </w:t>
            </w:r>
            <w:r w:rsidRPr="00EB230B">
              <w:rPr>
                <w:rFonts w:ascii="Times New Roman" w:eastAsia="標楷體" w:hAnsi="Times New Roman" w:cs="Times New Roman"/>
                <w:sz w:val="18"/>
                <w:lang w:eastAsia="zh-TW"/>
              </w:rPr>
              <w:t>職涯發展規劃書</w:t>
            </w:r>
          </w:p>
          <w:p w14:paraId="258CA994" w14:textId="6F2FD77A" w:rsidR="005B6D78" w:rsidRPr="00EB230B" w:rsidRDefault="005B6D78">
            <w:pPr>
              <w:spacing w:after="20"/>
              <w:ind w:left="432"/>
              <w:rPr>
                <w:rFonts w:ascii="Times New Roman" w:eastAsia="標楷體" w:hAnsi="Times New Roman" w:cs="Times New Roman"/>
                <w:lang w:eastAsia="zh-TW"/>
              </w:rPr>
            </w:pPr>
            <w:r>
              <w:rPr>
                <w:rFonts w:ascii="標楷體" w:eastAsia="標楷體" w:hAnsi="標楷體" w:cs="Times New Roman" w:hint="eastAsia"/>
                <w:szCs w:val="20"/>
                <w:lang w:eastAsia="zh-TW"/>
              </w:rPr>
              <w:t xml:space="preserve">□ </w:t>
            </w:r>
            <w:r w:rsidRPr="002D510C">
              <w:rPr>
                <w:rFonts w:ascii="標楷體" w:eastAsia="標楷體" w:hAnsi="標楷體" w:cs="Times New Roman" w:hint="eastAsia"/>
                <w:sz w:val="18"/>
                <w:szCs w:val="18"/>
                <w:lang w:eastAsia="zh-TW"/>
              </w:rPr>
              <w:t>論文全文</w:t>
            </w:r>
          </w:p>
        </w:tc>
      </w:tr>
    </w:tbl>
    <w:p w14:paraId="10EA385A" w14:textId="77777777" w:rsidR="00C16F37" w:rsidRPr="00EB230B" w:rsidRDefault="00C16F37">
      <w:pPr>
        <w:keepNext/>
        <w:spacing w:before="240" w:after="120"/>
        <w:rPr>
          <w:rFonts w:ascii="Times New Roman" w:eastAsia="標楷體" w:hAnsi="Times New Roman" w:cs="Times New Roman"/>
          <w:lang w:eastAsia="zh-TW"/>
        </w:rPr>
      </w:pPr>
    </w:p>
    <w:tbl>
      <w:tblPr>
        <w:tblW w:w="0" w:type="auto"/>
        <w:jc w:val="center"/>
        <w:tblLook w:val="04A0" w:firstRow="1" w:lastRow="0" w:firstColumn="1" w:lastColumn="0" w:noHBand="0" w:noVBand="1"/>
      </w:tblPr>
      <w:tblGrid>
        <w:gridCol w:w="10050"/>
        <w:gridCol w:w="30"/>
      </w:tblGrid>
      <w:tr w:rsidR="00C16F37" w:rsidRPr="00EB230B" w14:paraId="52E646CB" w14:textId="77777777">
        <w:trPr>
          <w:jc w:val="center"/>
        </w:trPr>
        <w:tc>
          <w:tcPr>
            <w:tcW w:w="10080" w:type="dxa"/>
            <w:gridSpan w:val="2"/>
            <w:shd w:val="clear" w:color="auto" w:fill="1B365D"/>
            <w:tcMar>
              <w:top w:w="100" w:type="dxa"/>
              <w:left w:w="150" w:type="dxa"/>
              <w:bottom w:w="100" w:type="dxa"/>
              <w:right w:w="150" w:type="dxa"/>
            </w:tcMar>
          </w:tcPr>
          <w:p w14:paraId="04808E78" w14:textId="77777777" w:rsidR="00C16F37" w:rsidRPr="00EB230B" w:rsidRDefault="00000000">
            <w:pPr>
              <w:spacing w:before="40" w:after="40"/>
              <w:rPr>
                <w:rFonts w:ascii="Times New Roman" w:eastAsia="標楷體" w:hAnsi="Times New Roman" w:cs="Times New Roman"/>
                <w:lang w:eastAsia="zh-TW"/>
              </w:rPr>
            </w:pPr>
            <w:r w:rsidRPr="00EB230B">
              <w:rPr>
                <w:rFonts w:ascii="Times New Roman" w:eastAsia="標楷體" w:hAnsi="Times New Roman" w:cs="Times New Roman"/>
                <w:b/>
                <w:color w:val="FFFFFF"/>
                <w:sz w:val="22"/>
                <w:lang w:eastAsia="zh-TW"/>
              </w:rPr>
              <w:t>四、</w:t>
            </w:r>
            <w:r w:rsidRPr="00EB230B">
              <w:rPr>
                <w:rFonts w:ascii="Times New Roman" w:eastAsia="標楷體" w:hAnsi="Times New Roman" w:cs="Times New Roman"/>
                <w:b/>
                <w:color w:val="FFFFFF"/>
                <w:sz w:val="22"/>
                <w:lang w:eastAsia="zh-TW"/>
              </w:rPr>
              <w:t xml:space="preserve"> </w:t>
            </w:r>
            <w:r w:rsidRPr="00EB230B">
              <w:rPr>
                <w:rFonts w:ascii="Times New Roman" w:eastAsia="標楷體" w:hAnsi="Times New Roman" w:cs="Times New Roman"/>
                <w:b/>
                <w:color w:val="FFFFFF"/>
                <w:sz w:val="22"/>
                <w:lang w:eastAsia="zh-TW"/>
              </w:rPr>
              <w:t>申請切結與審核流程</w:t>
            </w:r>
          </w:p>
        </w:tc>
      </w:tr>
      <w:tr w:rsidR="00C16F37" w:rsidRPr="00EB230B" w14:paraId="3860957E" w14:textId="77777777">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gridAfter w:val="1"/>
          <w:wAfter w:w="30" w:type="dxa"/>
          <w:jc w:val="center"/>
        </w:trPr>
        <w:tc>
          <w:tcPr>
            <w:tcW w:w="10080" w:type="dxa"/>
            <w:shd w:val="clear" w:color="auto" w:fill="FFFDF7"/>
            <w:tcMar>
              <w:top w:w="120" w:type="dxa"/>
              <w:left w:w="180" w:type="dxa"/>
              <w:bottom w:w="120" w:type="dxa"/>
              <w:right w:w="180" w:type="dxa"/>
            </w:tcMar>
          </w:tcPr>
          <w:p w14:paraId="6234CA4F" w14:textId="77777777" w:rsidR="005B6D78" w:rsidRDefault="00000000" w:rsidP="005B6D78">
            <w:pPr>
              <w:spacing w:after="80"/>
              <w:rPr>
                <w:rFonts w:ascii="Times New Roman" w:eastAsia="標楷體" w:hAnsi="Times New Roman" w:cs="Times New Roman"/>
                <w:sz w:val="18"/>
                <w:lang w:eastAsia="zh-TW"/>
              </w:rPr>
            </w:pPr>
            <w:r w:rsidRPr="00EB230B">
              <w:rPr>
                <w:rFonts w:ascii="Times New Roman" w:eastAsia="標楷體" w:hAnsi="Times New Roman" w:cs="Times New Roman"/>
                <w:b/>
                <w:color w:val="8B0000"/>
                <w:sz w:val="19"/>
                <w:lang w:eastAsia="zh-TW"/>
              </w:rPr>
              <w:t>【申請人切結聲明】</w:t>
            </w:r>
            <w:r w:rsidRPr="00EB230B">
              <w:rPr>
                <w:rFonts w:ascii="Times New Roman" w:eastAsia="標楷體" w:hAnsi="Times New Roman" w:cs="Times New Roman"/>
                <w:b/>
                <w:color w:val="8B0000"/>
                <w:sz w:val="19"/>
                <w:lang w:eastAsia="zh-TW"/>
              </w:rPr>
              <w:br/>
            </w:r>
            <w:r w:rsidRPr="00EB230B">
              <w:rPr>
                <w:rFonts w:ascii="Times New Roman" w:eastAsia="標楷體" w:hAnsi="Times New Roman" w:cs="Times New Roman"/>
                <w:sz w:val="18"/>
                <w:lang w:eastAsia="zh-TW"/>
              </w:rPr>
              <w:t>本人保證上述填寫內容及檢附之相關證明文件均屬實無誤。</w:t>
            </w:r>
          </w:p>
          <w:p w14:paraId="541C633E" w14:textId="77777777" w:rsidR="005B6D78" w:rsidRDefault="005B6D78" w:rsidP="005B6D78">
            <w:pPr>
              <w:spacing w:after="80"/>
              <w:rPr>
                <w:rFonts w:ascii="Times New Roman" w:eastAsia="標楷體" w:hAnsi="Times New Roman" w:cs="Times New Roman"/>
                <w:b/>
                <w:color w:val="8B0000"/>
                <w:sz w:val="19"/>
                <w:lang w:eastAsia="zh-TW"/>
              </w:rPr>
            </w:pPr>
          </w:p>
          <w:p w14:paraId="53ECD071" w14:textId="336F6903" w:rsidR="005B6D78" w:rsidRPr="005B6D78" w:rsidRDefault="005B6D78" w:rsidP="005B6D78">
            <w:pPr>
              <w:spacing w:after="80"/>
              <w:rPr>
                <w:rFonts w:ascii="Times New Roman" w:eastAsia="標楷體" w:hAnsi="Times New Roman" w:cs="Times New Roman"/>
                <w:sz w:val="18"/>
                <w:lang w:eastAsia="zh-TW"/>
              </w:rPr>
            </w:pPr>
            <w:r w:rsidRPr="00EB230B">
              <w:rPr>
                <w:rFonts w:ascii="Times New Roman" w:eastAsia="標楷體" w:hAnsi="Times New Roman" w:cs="Times New Roman"/>
                <w:b/>
                <w:color w:val="8B0000"/>
                <w:sz w:val="19"/>
                <w:lang w:eastAsia="zh-TW"/>
              </w:rPr>
              <w:t>【</w:t>
            </w:r>
            <w:r>
              <w:rPr>
                <w:rFonts w:ascii="Times New Roman" w:eastAsia="標楷體" w:hAnsi="Times New Roman" w:cs="Times New Roman" w:hint="eastAsia"/>
                <w:b/>
                <w:color w:val="8B0000"/>
                <w:sz w:val="19"/>
                <w:lang w:eastAsia="zh-TW"/>
              </w:rPr>
              <w:t>其他</w:t>
            </w:r>
            <w:r w:rsidRPr="00EB230B">
              <w:rPr>
                <w:rFonts w:ascii="Times New Roman" w:eastAsia="標楷體" w:hAnsi="Times New Roman" w:cs="Times New Roman"/>
                <w:b/>
                <w:color w:val="8B0000"/>
                <w:sz w:val="19"/>
                <w:lang w:eastAsia="zh-TW"/>
              </w:rPr>
              <w:t>】</w:t>
            </w:r>
            <w:r w:rsidRPr="00EB230B">
              <w:rPr>
                <w:rFonts w:ascii="Times New Roman" w:eastAsia="標楷體" w:hAnsi="Times New Roman" w:cs="Times New Roman"/>
                <w:b/>
                <w:color w:val="8B0000"/>
                <w:sz w:val="19"/>
                <w:lang w:eastAsia="zh-TW"/>
              </w:rPr>
              <w:br/>
            </w:r>
            <w:r w:rsidRPr="005B6D78">
              <w:rPr>
                <w:rFonts w:ascii="Times New Roman" w:eastAsia="標楷體" w:hAnsi="Times New Roman" w:cs="Times New Roman"/>
                <w:sz w:val="18"/>
                <w:lang w:eastAsia="zh-TW"/>
              </w:rPr>
              <w:t>1.</w:t>
            </w:r>
            <w:r>
              <w:rPr>
                <w:rFonts w:ascii="Times New Roman" w:eastAsia="標楷體" w:hAnsi="Times New Roman" w:cs="Times New Roman" w:hint="eastAsia"/>
                <w:sz w:val="18"/>
                <w:lang w:eastAsia="zh-TW"/>
              </w:rPr>
              <w:t xml:space="preserve"> </w:t>
            </w:r>
            <w:r w:rsidRPr="005B6D78">
              <w:rPr>
                <w:rFonts w:ascii="Times New Roman" w:eastAsia="標楷體" w:hAnsi="Times New Roman" w:cs="Times New Roman"/>
                <w:sz w:val="18"/>
                <w:lang w:eastAsia="zh-TW"/>
              </w:rPr>
              <w:t>請申請人自行上網確認需要繳交文件。</w:t>
            </w:r>
          </w:p>
          <w:p w14:paraId="3F056062" w14:textId="1BC4028C" w:rsidR="005B6D78" w:rsidRPr="005B6D78" w:rsidRDefault="005B6D78" w:rsidP="005B6D78">
            <w:pPr>
              <w:spacing w:after="80"/>
              <w:rPr>
                <w:rFonts w:ascii="Times New Roman" w:eastAsia="標楷體" w:hAnsi="Times New Roman" w:cs="Times New Roman"/>
                <w:sz w:val="18"/>
                <w:lang w:eastAsia="zh-TW"/>
              </w:rPr>
            </w:pPr>
            <w:r w:rsidRPr="005B6D78">
              <w:rPr>
                <w:rFonts w:ascii="Times New Roman" w:eastAsia="標楷體" w:hAnsi="Times New Roman" w:cs="Times New Roman"/>
                <w:sz w:val="18"/>
                <w:lang w:eastAsia="zh-TW"/>
              </w:rPr>
              <w:t>2.</w:t>
            </w:r>
            <w:r>
              <w:rPr>
                <w:rFonts w:ascii="Times New Roman" w:eastAsia="標楷體" w:hAnsi="Times New Roman" w:cs="Times New Roman" w:hint="eastAsia"/>
                <w:sz w:val="18"/>
                <w:lang w:eastAsia="zh-TW"/>
              </w:rPr>
              <w:t xml:space="preserve"> </w:t>
            </w:r>
            <w:r w:rsidRPr="005B6D78">
              <w:rPr>
                <w:rFonts w:ascii="Times New Roman" w:eastAsia="標楷體" w:hAnsi="Times New Roman" w:cs="Times New Roman"/>
                <w:sz w:val="18"/>
                <w:lang w:eastAsia="zh-TW"/>
              </w:rPr>
              <w:t>請於規定期間內將申請文件電子檔</w:t>
            </w:r>
            <w:r w:rsidRPr="005B6D78">
              <w:rPr>
                <w:rFonts w:ascii="Times New Roman" w:eastAsia="標楷體" w:hAnsi="Times New Roman" w:cs="Times New Roman"/>
                <w:sz w:val="18"/>
                <w:lang w:eastAsia="zh-TW"/>
              </w:rPr>
              <w:t>email</w:t>
            </w:r>
            <w:r w:rsidRPr="005B6D78">
              <w:rPr>
                <w:rFonts w:ascii="Times New Roman" w:eastAsia="標楷體" w:hAnsi="Times New Roman" w:cs="Times New Roman"/>
                <w:sz w:val="18"/>
                <w:lang w:eastAsia="zh-TW"/>
              </w:rPr>
              <w:t>繳交給社會學系系辦公室陳助教。</w:t>
            </w:r>
            <w:r w:rsidRPr="005B6D78">
              <w:rPr>
                <w:rFonts w:ascii="Times New Roman" w:eastAsia="標楷體" w:hAnsi="Times New Roman" w:cs="Times New Roman"/>
                <w:sz w:val="18"/>
                <w:lang w:eastAsia="zh-TW"/>
              </w:rPr>
              <w:t>wendyc@thu.edu.tw</w:t>
            </w:r>
          </w:p>
          <w:p w14:paraId="4C4F6791" w14:textId="433BC5B1" w:rsidR="005B6D78" w:rsidRPr="005B6D78" w:rsidRDefault="005B6D78" w:rsidP="005B6D78">
            <w:pPr>
              <w:spacing w:after="80"/>
              <w:rPr>
                <w:rFonts w:ascii="Times New Roman" w:eastAsia="標楷體" w:hAnsi="Times New Roman" w:cs="Times New Roman"/>
                <w:sz w:val="18"/>
                <w:lang w:eastAsia="zh-TW"/>
              </w:rPr>
            </w:pPr>
            <w:r w:rsidRPr="005B6D78">
              <w:rPr>
                <w:rFonts w:ascii="Times New Roman" w:eastAsia="標楷體" w:hAnsi="Times New Roman" w:cs="Times New Roman"/>
                <w:sz w:val="18"/>
                <w:lang w:eastAsia="zh-TW"/>
              </w:rPr>
              <w:t>3.</w:t>
            </w:r>
            <w:r>
              <w:rPr>
                <w:rFonts w:ascii="Times New Roman" w:eastAsia="標楷體" w:hAnsi="Times New Roman" w:cs="Times New Roman" w:hint="eastAsia"/>
                <w:sz w:val="18"/>
                <w:lang w:eastAsia="zh-TW"/>
              </w:rPr>
              <w:t xml:space="preserve"> </w:t>
            </w:r>
            <w:r w:rsidRPr="005B6D78">
              <w:rPr>
                <w:rFonts w:ascii="Times New Roman" w:eastAsia="標楷體" w:hAnsi="Times New Roman" w:cs="Times New Roman"/>
                <w:sz w:val="18"/>
                <w:lang w:eastAsia="zh-TW"/>
              </w:rPr>
              <w:t>email</w:t>
            </w:r>
            <w:r w:rsidRPr="005B6D78">
              <w:rPr>
                <w:rFonts w:ascii="Times New Roman" w:eastAsia="標楷體" w:hAnsi="Times New Roman" w:cs="Times New Roman"/>
                <w:sz w:val="18"/>
                <w:lang w:eastAsia="zh-TW"/>
              </w:rPr>
              <w:t>主旨：申請</w:t>
            </w:r>
            <w:r w:rsidRPr="005B6D78">
              <w:rPr>
                <w:rFonts w:ascii="Times New Roman" w:eastAsia="標楷體" w:hAnsi="Times New Roman" w:cs="Times New Roman"/>
                <w:sz w:val="18"/>
                <w:lang w:eastAsia="zh-TW"/>
              </w:rPr>
              <w:t>OO</w:t>
            </w:r>
            <w:r w:rsidRPr="005B6D78">
              <w:rPr>
                <w:rFonts w:ascii="Times New Roman" w:eastAsia="標楷體" w:hAnsi="Times New Roman" w:cs="Times New Roman"/>
                <w:sz w:val="18"/>
                <w:lang w:eastAsia="zh-TW"/>
              </w:rPr>
              <w:t>，例如：申請張安路博士社會問題研究獎學金。</w:t>
            </w:r>
          </w:p>
          <w:p w14:paraId="1D4508F5" w14:textId="3809EC37" w:rsidR="005B6D78" w:rsidRPr="005B6D78" w:rsidRDefault="005B6D78" w:rsidP="005B6D78">
            <w:pPr>
              <w:spacing w:after="80"/>
              <w:rPr>
                <w:rFonts w:ascii="Times New Roman" w:eastAsia="標楷體" w:hAnsi="Times New Roman" w:cs="Times New Roman"/>
                <w:sz w:val="18"/>
                <w:lang w:eastAsia="zh-TW"/>
              </w:rPr>
            </w:pPr>
            <w:r w:rsidRPr="005B6D78">
              <w:rPr>
                <w:rFonts w:ascii="Times New Roman" w:eastAsia="標楷體" w:hAnsi="Times New Roman" w:cs="Times New Roman"/>
                <w:sz w:val="18"/>
                <w:lang w:eastAsia="zh-TW"/>
              </w:rPr>
              <w:t>4.</w:t>
            </w:r>
            <w:r>
              <w:rPr>
                <w:rFonts w:ascii="Times New Roman" w:eastAsia="標楷體" w:hAnsi="Times New Roman" w:cs="Times New Roman" w:hint="eastAsia"/>
                <w:sz w:val="18"/>
                <w:lang w:eastAsia="zh-TW"/>
              </w:rPr>
              <w:t xml:space="preserve"> </w:t>
            </w:r>
            <w:r w:rsidRPr="005B6D78">
              <w:rPr>
                <w:rFonts w:ascii="Times New Roman" w:eastAsia="標楷體" w:hAnsi="Times New Roman" w:cs="Times New Roman"/>
                <w:sz w:val="18"/>
                <w:lang w:eastAsia="zh-TW"/>
              </w:rPr>
              <w:t>電子檔請掃描成一檔案，申請表為第一頁，檔案名稱：學號</w:t>
            </w:r>
            <w:r w:rsidRPr="005B6D78">
              <w:rPr>
                <w:rFonts w:ascii="Times New Roman" w:eastAsia="標楷體" w:hAnsi="Times New Roman" w:cs="Times New Roman"/>
                <w:sz w:val="18"/>
                <w:lang w:eastAsia="zh-TW"/>
              </w:rPr>
              <w:t>_</w:t>
            </w:r>
            <w:r w:rsidRPr="005B6D78">
              <w:rPr>
                <w:rFonts w:ascii="Times New Roman" w:eastAsia="標楷體" w:hAnsi="Times New Roman" w:cs="Times New Roman"/>
                <w:sz w:val="18"/>
                <w:lang w:eastAsia="zh-TW"/>
              </w:rPr>
              <w:t>姓名。（圖體請用代表</w:t>
            </w:r>
            <w:r w:rsidRPr="005B6D78">
              <w:rPr>
                <w:rFonts w:ascii="Times New Roman" w:eastAsia="標楷體" w:hAnsi="Times New Roman" w:cs="Times New Roman"/>
                <w:sz w:val="18"/>
                <w:lang w:eastAsia="zh-TW"/>
              </w:rPr>
              <w:t>1</w:t>
            </w:r>
            <w:r w:rsidRPr="005B6D78">
              <w:rPr>
                <w:rFonts w:ascii="Times New Roman" w:eastAsia="標楷體" w:hAnsi="Times New Roman" w:cs="Times New Roman"/>
                <w:sz w:val="18"/>
                <w:lang w:eastAsia="zh-TW"/>
              </w:rPr>
              <w:t>名）</w:t>
            </w:r>
          </w:p>
          <w:p w14:paraId="7C756C54" w14:textId="770A1634" w:rsidR="005B6D78" w:rsidRPr="005B6D78" w:rsidRDefault="005B6D78" w:rsidP="005B6D78">
            <w:pPr>
              <w:spacing w:after="80"/>
              <w:rPr>
                <w:rFonts w:ascii="Times New Roman" w:eastAsia="標楷體" w:hAnsi="Times New Roman" w:cs="Times New Roman"/>
                <w:sz w:val="18"/>
                <w:lang w:eastAsia="zh-TW"/>
              </w:rPr>
            </w:pPr>
            <w:r w:rsidRPr="005B6D78">
              <w:rPr>
                <w:rFonts w:ascii="Times New Roman" w:eastAsia="標楷體" w:hAnsi="Times New Roman" w:cs="Times New Roman"/>
                <w:sz w:val="18"/>
                <w:lang w:eastAsia="zh-TW"/>
              </w:rPr>
              <w:t>5.</w:t>
            </w:r>
            <w:r>
              <w:rPr>
                <w:rFonts w:ascii="Times New Roman" w:eastAsia="標楷體" w:hAnsi="Times New Roman" w:cs="Times New Roman" w:hint="eastAsia"/>
                <w:sz w:val="18"/>
                <w:lang w:eastAsia="zh-TW"/>
              </w:rPr>
              <w:t xml:space="preserve"> </w:t>
            </w:r>
            <w:r w:rsidRPr="005B6D78">
              <w:rPr>
                <w:rFonts w:ascii="Times New Roman" w:eastAsia="標楷體" w:hAnsi="Times New Roman" w:cs="Times New Roman"/>
                <w:sz w:val="18"/>
                <w:lang w:eastAsia="zh-TW"/>
              </w:rPr>
              <w:t>繳交文件不齊者、逾期繳交者，恕難辦理。</w:t>
            </w:r>
          </w:p>
          <w:p w14:paraId="3FC9BDBD" w14:textId="5A81F41F" w:rsidR="005B6D78" w:rsidRPr="005B6D78" w:rsidRDefault="005B6D78" w:rsidP="005B6D78">
            <w:pPr>
              <w:spacing w:after="80"/>
              <w:rPr>
                <w:rFonts w:ascii="Times New Roman" w:eastAsia="標楷體" w:hAnsi="Times New Roman" w:cs="Times New Roman"/>
                <w:sz w:val="18"/>
                <w:lang w:eastAsia="zh-TW"/>
              </w:rPr>
            </w:pPr>
            <w:r w:rsidRPr="005B6D78">
              <w:rPr>
                <w:rFonts w:ascii="Times New Roman" w:eastAsia="標楷體" w:hAnsi="Times New Roman" w:cs="Times New Roman"/>
                <w:sz w:val="18"/>
                <w:lang w:eastAsia="zh-TW"/>
              </w:rPr>
              <w:t>6.</w:t>
            </w:r>
            <w:r>
              <w:rPr>
                <w:rFonts w:ascii="Times New Roman" w:eastAsia="標楷體" w:hAnsi="Times New Roman" w:cs="Times New Roman" w:hint="eastAsia"/>
                <w:sz w:val="18"/>
                <w:lang w:eastAsia="zh-TW"/>
              </w:rPr>
              <w:t xml:space="preserve"> </w:t>
            </w:r>
            <w:r w:rsidRPr="005B6D78">
              <w:rPr>
                <w:rFonts w:ascii="Times New Roman" w:eastAsia="標楷體" w:hAnsi="Times New Roman" w:cs="Times New Roman"/>
                <w:sz w:val="18"/>
                <w:lang w:eastAsia="zh-TW"/>
              </w:rPr>
              <w:t>申請文件恕不退還。統一由系辦公室進行銷毀。</w:t>
            </w:r>
          </w:p>
          <w:p w14:paraId="6F2D2EF5" w14:textId="77777777" w:rsidR="005B6D78" w:rsidRDefault="005B6D78" w:rsidP="005B6D78">
            <w:pPr>
              <w:spacing w:after="80"/>
              <w:rPr>
                <w:rFonts w:ascii="Times New Roman" w:eastAsia="標楷體" w:hAnsi="Times New Roman" w:cs="Times New Roman"/>
                <w:sz w:val="18"/>
                <w:lang w:eastAsia="zh-TW"/>
              </w:rPr>
            </w:pPr>
            <w:r w:rsidRPr="005B6D78">
              <w:rPr>
                <w:rFonts w:ascii="Times New Roman" w:eastAsia="標楷體" w:hAnsi="Times New Roman" w:cs="Times New Roman"/>
                <w:sz w:val="18"/>
                <w:lang w:eastAsia="zh-TW"/>
              </w:rPr>
              <w:t>7.</w:t>
            </w:r>
            <w:r>
              <w:rPr>
                <w:rFonts w:ascii="Times New Roman" w:eastAsia="標楷體" w:hAnsi="Times New Roman" w:cs="Times New Roman" w:hint="eastAsia"/>
                <w:sz w:val="18"/>
                <w:lang w:eastAsia="zh-TW"/>
              </w:rPr>
              <w:t xml:space="preserve"> </w:t>
            </w:r>
            <w:r w:rsidRPr="005B6D78">
              <w:rPr>
                <w:rFonts w:ascii="Times New Roman" w:eastAsia="標楷體" w:hAnsi="Times New Roman" w:cs="Times New Roman"/>
                <w:sz w:val="18"/>
                <w:lang w:eastAsia="zh-TW"/>
              </w:rPr>
              <w:t>獲獎者需參與本系要求活動。活動日期及時間另行通知。</w:t>
            </w:r>
            <w:r w:rsidRPr="00EB230B">
              <w:rPr>
                <w:rFonts w:ascii="Times New Roman" w:eastAsia="標楷體" w:hAnsi="Times New Roman" w:cs="Times New Roman"/>
                <w:sz w:val="18"/>
                <w:lang w:eastAsia="zh-TW"/>
              </w:rPr>
              <w:br/>
            </w:r>
          </w:p>
          <w:p w14:paraId="6736B23C" w14:textId="6E312A35" w:rsidR="00C16F37" w:rsidRPr="00EB230B" w:rsidRDefault="00000000" w:rsidP="005B6D78">
            <w:pPr>
              <w:spacing w:after="80"/>
              <w:rPr>
                <w:rFonts w:ascii="Times New Roman" w:eastAsia="標楷體" w:hAnsi="Times New Roman" w:cs="Times New Roman"/>
                <w:lang w:eastAsia="zh-TW"/>
              </w:rPr>
            </w:pPr>
            <w:r w:rsidRPr="00EB230B">
              <w:rPr>
                <w:rFonts w:ascii="Times New Roman" w:eastAsia="標楷體" w:hAnsi="Times New Roman" w:cs="Times New Roman"/>
                <w:sz w:val="18"/>
                <w:lang w:eastAsia="zh-TW"/>
              </w:rPr>
              <w:t>申請人簽章：</w:t>
            </w:r>
            <w:r w:rsidRPr="00EB230B">
              <w:rPr>
                <w:rFonts w:ascii="Times New Roman" w:eastAsia="標楷體" w:hAnsi="Times New Roman" w:cs="Times New Roman"/>
                <w:sz w:val="18"/>
                <w:lang w:eastAsia="zh-TW"/>
              </w:rPr>
              <w:t>___________________________</w:t>
            </w:r>
            <w:r w:rsidRPr="00EB230B">
              <w:rPr>
                <w:rFonts w:ascii="Times New Roman" w:eastAsia="標楷體" w:hAnsi="Times New Roman" w:cs="Times New Roman"/>
                <w:sz w:val="18"/>
                <w:lang w:eastAsia="zh-TW"/>
              </w:rPr>
              <w:t xml:space="preserve">　</w:t>
            </w:r>
            <w:r w:rsidR="006257BD">
              <w:rPr>
                <w:rFonts w:ascii="Times New Roman" w:eastAsia="標楷體" w:hAnsi="Times New Roman" w:cs="Times New Roman" w:hint="eastAsia"/>
                <w:sz w:val="18"/>
                <w:lang w:eastAsia="zh-TW"/>
              </w:rPr>
              <w:t xml:space="preserve">                         </w:t>
            </w:r>
            <w:r w:rsidRPr="00EB230B">
              <w:rPr>
                <w:rFonts w:ascii="Times New Roman" w:eastAsia="標楷體" w:hAnsi="Times New Roman" w:cs="Times New Roman"/>
                <w:sz w:val="18"/>
                <w:lang w:eastAsia="zh-TW"/>
              </w:rPr>
              <w:t xml:space="preserve">　　日期：</w:t>
            </w:r>
            <w:r w:rsidR="006257BD">
              <w:rPr>
                <w:rFonts w:ascii="Times New Roman" w:eastAsia="標楷體" w:hAnsi="Times New Roman" w:cs="Times New Roman" w:hint="eastAsia"/>
                <w:sz w:val="18"/>
                <w:lang w:eastAsia="zh-TW"/>
              </w:rPr>
              <w:t xml:space="preserve"> </w:t>
            </w:r>
            <w:r w:rsidRPr="00EB230B">
              <w:rPr>
                <w:rFonts w:ascii="Times New Roman" w:eastAsia="標楷體" w:hAnsi="Times New Roman" w:cs="Times New Roman"/>
                <w:sz w:val="18"/>
                <w:lang w:eastAsia="zh-TW"/>
              </w:rPr>
              <w:t xml:space="preserve">______ </w:t>
            </w:r>
            <w:r w:rsidRPr="00EB230B">
              <w:rPr>
                <w:rFonts w:ascii="Times New Roman" w:eastAsia="標楷體" w:hAnsi="Times New Roman" w:cs="Times New Roman"/>
                <w:sz w:val="18"/>
                <w:lang w:eastAsia="zh-TW"/>
              </w:rPr>
              <w:t>年</w:t>
            </w:r>
            <w:r w:rsidRPr="00EB230B">
              <w:rPr>
                <w:rFonts w:ascii="Times New Roman" w:eastAsia="標楷體" w:hAnsi="Times New Roman" w:cs="Times New Roman"/>
                <w:sz w:val="18"/>
                <w:lang w:eastAsia="zh-TW"/>
              </w:rPr>
              <w:t xml:space="preserve"> ______ </w:t>
            </w:r>
            <w:r w:rsidRPr="00EB230B">
              <w:rPr>
                <w:rFonts w:ascii="Times New Roman" w:eastAsia="標楷體" w:hAnsi="Times New Roman" w:cs="Times New Roman"/>
                <w:sz w:val="18"/>
                <w:lang w:eastAsia="zh-TW"/>
              </w:rPr>
              <w:t>月</w:t>
            </w:r>
            <w:r w:rsidRPr="00EB230B">
              <w:rPr>
                <w:rFonts w:ascii="Times New Roman" w:eastAsia="標楷體" w:hAnsi="Times New Roman" w:cs="Times New Roman"/>
                <w:sz w:val="18"/>
                <w:lang w:eastAsia="zh-TW"/>
              </w:rPr>
              <w:t xml:space="preserve"> ______ </w:t>
            </w:r>
            <w:r w:rsidRPr="00EB230B">
              <w:rPr>
                <w:rFonts w:ascii="Times New Roman" w:eastAsia="標楷體" w:hAnsi="Times New Roman" w:cs="Times New Roman"/>
                <w:sz w:val="18"/>
                <w:lang w:eastAsia="zh-TW"/>
              </w:rPr>
              <w:t>日</w:t>
            </w:r>
          </w:p>
        </w:tc>
      </w:tr>
    </w:tbl>
    <w:p w14:paraId="3F5A6BE8" w14:textId="77777777" w:rsidR="00A900FA" w:rsidRPr="00EB230B" w:rsidRDefault="00A900FA" w:rsidP="006257BD">
      <w:pPr>
        <w:spacing w:before="120" w:after="0"/>
        <w:rPr>
          <w:rFonts w:ascii="Times New Roman" w:eastAsia="標楷體" w:hAnsi="Times New Roman" w:cs="Times New Roman"/>
          <w:lang w:eastAsia="zh-TW"/>
        </w:rPr>
      </w:pPr>
    </w:p>
    <w:sectPr w:rsidR="00A900FA" w:rsidRPr="00EB230B" w:rsidSect="00034616">
      <w:footerReference w:type="default" r:id="rId8"/>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AD30A" w14:textId="77777777" w:rsidR="00A65EF1" w:rsidRDefault="00A65EF1" w:rsidP="005B6D78">
      <w:pPr>
        <w:spacing w:after="0" w:line="240" w:lineRule="auto"/>
      </w:pPr>
      <w:r>
        <w:separator/>
      </w:r>
    </w:p>
  </w:endnote>
  <w:endnote w:type="continuationSeparator" w:id="0">
    <w:p w14:paraId="1EC732BE" w14:textId="77777777" w:rsidR="00A65EF1" w:rsidRDefault="00A65EF1" w:rsidP="005B6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227552"/>
      <w:docPartObj>
        <w:docPartGallery w:val="Page Numbers (Bottom of Page)"/>
        <w:docPartUnique/>
      </w:docPartObj>
    </w:sdtPr>
    <w:sdtContent>
      <w:p w14:paraId="43DC6904" w14:textId="4A1AF5DF" w:rsidR="005B6D78" w:rsidRDefault="005B6D78">
        <w:pPr>
          <w:pStyle w:val="a7"/>
          <w:jc w:val="center"/>
        </w:pPr>
        <w:r>
          <w:fldChar w:fldCharType="begin"/>
        </w:r>
        <w:r>
          <w:instrText>PAGE   \* MERGEFORMAT</w:instrText>
        </w:r>
        <w:r>
          <w:fldChar w:fldCharType="separate"/>
        </w:r>
        <w:r>
          <w:rPr>
            <w:lang w:val="zh-TW" w:eastAsia="zh-TW"/>
          </w:rPr>
          <w:t>2</w:t>
        </w:r>
        <w:r>
          <w:fldChar w:fldCharType="end"/>
        </w:r>
      </w:p>
    </w:sdtContent>
  </w:sdt>
  <w:p w14:paraId="00713B60" w14:textId="77777777" w:rsidR="005B6D78" w:rsidRDefault="005B6D7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3BC290" w14:textId="77777777" w:rsidR="00A65EF1" w:rsidRDefault="00A65EF1" w:rsidP="005B6D78">
      <w:pPr>
        <w:spacing w:after="0" w:line="240" w:lineRule="auto"/>
      </w:pPr>
      <w:r>
        <w:separator/>
      </w:r>
    </w:p>
  </w:footnote>
  <w:footnote w:type="continuationSeparator" w:id="0">
    <w:p w14:paraId="72FD60A7" w14:textId="77777777" w:rsidR="00A65EF1" w:rsidRDefault="00A65EF1" w:rsidP="005B6D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112968213">
    <w:abstractNumId w:val="8"/>
  </w:num>
  <w:num w:numId="2" w16cid:durableId="2123256735">
    <w:abstractNumId w:val="6"/>
  </w:num>
  <w:num w:numId="3" w16cid:durableId="1380085472">
    <w:abstractNumId w:val="5"/>
  </w:num>
  <w:num w:numId="4" w16cid:durableId="76443448">
    <w:abstractNumId w:val="4"/>
  </w:num>
  <w:num w:numId="5" w16cid:durableId="647520762">
    <w:abstractNumId w:val="7"/>
  </w:num>
  <w:num w:numId="6" w16cid:durableId="1338268163">
    <w:abstractNumId w:val="3"/>
  </w:num>
  <w:num w:numId="7" w16cid:durableId="1688942110">
    <w:abstractNumId w:val="2"/>
  </w:num>
  <w:num w:numId="8" w16cid:durableId="307172245">
    <w:abstractNumId w:val="1"/>
  </w:num>
  <w:num w:numId="9" w16cid:durableId="387341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C2C92"/>
    <w:rsid w:val="001E7DDD"/>
    <w:rsid w:val="002559A6"/>
    <w:rsid w:val="0029639D"/>
    <w:rsid w:val="002D510C"/>
    <w:rsid w:val="00326F90"/>
    <w:rsid w:val="00375D04"/>
    <w:rsid w:val="004B30DD"/>
    <w:rsid w:val="004E50D9"/>
    <w:rsid w:val="005B6D78"/>
    <w:rsid w:val="006257BD"/>
    <w:rsid w:val="00694671"/>
    <w:rsid w:val="00953528"/>
    <w:rsid w:val="009D43DE"/>
    <w:rsid w:val="00A54BC7"/>
    <w:rsid w:val="00A65EF1"/>
    <w:rsid w:val="00A900FA"/>
    <w:rsid w:val="00AA1D8D"/>
    <w:rsid w:val="00AC1CC4"/>
    <w:rsid w:val="00AC4B6C"/>
    <w:rsid w:val="00B47730"/>
    <w:rsid w:val="00C16F37"/>
    <w:rsid w:val="00CB0664"/>
    <w:rsid w:val="00D36F4B"/>
    <w:rsid w:val="00EB230B"/>
    <w:rsid w:val="00EB265D"/>
    <w:rsid w:val="00FB083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DB32D2F"/>
  <w14:defaultImageDpi w14:val="300"/>
  <w15:docId w15:val="{902B0B4A-1FF8-41DA-97C2-1F8F23DC5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微軟正黑體" w:hAnsi="微軟正黑體"/>
      <w:color w:val="222222"/>
      <w:sz w:val="20"/>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262</Words>
  <Characters>1498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陳鍬鈴(wendyc)</cp:lastModifiedBy>
  <cp:revision>7</cp:revision>
  <dcterms:created xsi:type="dcterms:W3CDTF">2026-09-16T06:21:00Z</dcterms:created>
  <dcterms:modified xsi:type="dcterms:W3CDTF">2026-09-23T01:52:00Z</dcterms:modified>
  <cp:category/>
</cp:coreProperties>
</file>